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E2A" w:rsidRDefault="004E26F1">
      <w:pPr>
        <w:pStyle w:val="aa"/>
      </w:pPr>
      <w:bookmarkStart w:id="0" w:name="_GoBack"/>
      <w:bookmarkEnd w:id="0"/>
      <w:r>
        <w:rPr>
          <w:b/>
        </w:rPr>
        <w:t>Мой список книг</w:t>
      </w:r>
    </w:p>
    <w:p w:rsidR="00804E2A" w:rsidRDefault="004E26F1">
      <w:r>
        <w:t xml:space="preserve">Читательская конференция • </w:t>
      </w:r>
      <w:r>
        <w:rPr>
          <w:lang w:val="ru-RU"/>
        </w:rPr>
        <w:t>1</w:t>
      </w:r>
      <w:r>
        <w:t>8 сентября 2026 года</w:t>
      </w:r>
    </w:p>
    <w:p w:rsidR="00804E2A" w:rsidRPr="004E26F1" w:rsidRDefault="004E26F1">
      <w:pPr>
        <w:rPr>
          <w:lang w:val="ru-RU"/>
        </w:rPr>
      </w:pPr>
      <w:r w:rsidRPr="004E26F1">
        <w:rPr>
          <w:lang w:val="ru-RU"/>
        </w:rPr>
        <w:t>Имя и фамилия __________________________________  Класс ______</w:t>
      </w:r>
    </w:p>
    <w:p w:rsidR="00804E2A" w:rsidRPr="004E26F1" w:rsidRDefault="004E26F1">
      <w:pPr>
        <w:rPr>
          <w:lang w:val="ru-RU"/>
        </w:rPr>
      </w:pPr>
      <w:r w:rsidRPr="004E26F1">
        <w:rPr>
          <w:lang w:val="ru-RU"/>
        </w:rPr>
        <w:t>Запиши книги, которые тебя заинтересовали. В последней графе отметь, чем привлекла книга или почему ты хочешь её прочитать.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"/>
        <w:gridCol w:w="2160"/>
        <w:gridCol w:w="3096"/>
        <w:gridCol w:w="4608"/>
      </w:tblGrid>
      <w:tr w:rsidR="00804E2A">
        <w:trPr>
          <w:cantSplit/>
        </w:trPr>
        <w:tc>
          <w:tcPr>
            <w:tcW w:w="5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8EDF2"/>
            <w:vAlign w:val="center"/>
          </w:tcPr>
          <w:p w:rsidR="00804E2A" w:rsidRDefault="004E26F1">
            <w:pPr>
              <w:spacing w:before="120" w:after="120"/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216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8EDF2"/>
            <w:vAlign w:val="center"/>
          </w:tcPr>
          <w:p w:rsidR="00804E2A" w:rsidRDefault="004E26F1">
            <w:pPr>
              <w:spacing w:before="120" w:after="120"/>
            </w:pPr>
            <w:r>
              <w:rPr>
                <w:b/>
                <w:sz w:val="20"/>
              </w:rPr>
              <w:t>Автор</w:t>
            </w:r>
          </w:p>
        </w:tc>
        <w:tc>
          <w:tcPr>
            <w:tcW w:w="309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8EDF2"/>
            <w:vAlign w:val="center"/>
          </w:tcPr>
          <w:p w:rsidR="00804E2A" w:rsidRDefault="004E26F1">
            <w:pPr>
              <w:spacing w:before="120" w:after="120"/>
            </w:pPr>
            <w:r>
              <w:rPr>
                <w:b/>
                <w:sz w:val="20"/>
              </w:rPr>
              <w:t>Название книги</w:t>
            </w:r>
          </w:p>
        </w:tc>
        <w:tc>
          <w:tcPr>
            <w:tcW w:w="4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8EDF2"/>
            <w:vAlign w:val="center"/>
          </w:tcPr>
          <w:p w:rsidR="00804E2A" w:rsidRDefault="004E26F1">
            <w:pPr>
              <w:spacing w:before="120" w:after="120"/>
            </w:pPr>
            <w:r>
              <w:rPr>
                <w:b/>
                <w:sz w:val="20"/>
              </w:rPr>
              <w:t>Почему хочу прочитать</w:t>
            </w:r>
          </w:p>
        </w:tc>
      </w:tr>
      <w:tr w:rsidR="00804E2A">
        <w:trPr>
          <w:cantSplit/>
          <w:trHeight w:val="979"/>
        </w:trPr>
        <w:tc>
          <w:tcPr>
            <w:tcW w:w="5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4E26F1">
            <w:pPr>
              <w:spacing w:before="120" w:after="12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216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  <w:tc>
          <w:tcPr>
            <w:tcW w:w="309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  <w:tc>
          <w:tcPr>
            <w:tcW w:w="4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</w:tr>
      <w:tr w:rsidR="00804E2A">
        <w:trPr>
          <w:cantSplit/>
          <w:trHeight w:val="979"/>
        </w:trPr>
        <w:tc>
          <w:tcPr>
            <w:tcW w:w="5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4E26F1">
            <w:pPr>
              <w:spacing w:before="120" w:after="12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216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  <w:tc>
          <w:tcPr>
            <w:tcW w:w="309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  <w:tc>
          <w:tcPr>
            <w:tcW w:w="4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</w:tr>
      <w:tr w:rsidR="00804E2A">
        <w:trPr>
          <w:cantSplit/>
          <w:trHeight w:val="979"/>
        </w:trPr>
        <w:tc>
          <w:tcPr>
            <w:tcW w:w="5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4E26F1">
            <w:pPr>
              <w:spacing w:before="120" w:after="12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  <w:tc>
          <w:tcPr>
            <w:tcW w:w="309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  <w:tc>
          <w:tcPr>
            <w:tcW w:w="4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</w:tr>
      <w:tr w:rsidR="00804E2A">
        <w:trPr>
          <w:cantSplit/>
          <w:trHeight w:val="979"/>
        </w:trPr>
        <w:tc>
          <w:tcPr>
            <w:tcW w:w="5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4E26F1">
            <w:pPr>
              <w:spacing w:before="120" w:after="12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16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  <w:tc>
          <w:tcPr>
            <w:tcW w:w="309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  <w:tc>
          <w:tcPr>
            <w:tcW w:w="4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</w:tr>
      <w:tr w:rsidR="00804E2A">
        <w:trPr>
          <w:cantSplit/>
          <w:trHeight w:val="979"/>
        </w:trPr>
        <w:tc>
          <w:tcPr>
            <w:tcW w:w="5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4E26F1">
            <w:pPr>
              <w:spacing w:before="120" w:after="120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16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  <w:tc>
          <w:tcPr>
            <w:tcW w:w="309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  <w:tc>
          <w:tcPr>
            <w:tcW w:w="4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</w:tr>
      <w:tr w:rsidR="00804E2A">
        <w:trPr>
          <w:cantSplit/>
          <w:trHeight w:val="979"/>
        </w:trPr>
        <w:tc>
          <w:tcPr>
            <w:tcW w:w="5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4E26F1">
            <w:pPr>
              <w:spacing w:before="120" w:after="12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216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  <w:tc>
          <w:tcPr>
            <w:tcW w:w="309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  <w:tc>
          <w:tcPr>
            <w:tcW w:w="4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</w:tr>
      <w:tr w:rsidR="00804E2A">
        <w:trPr>
          <w:cantSplit/>
          <w:trHeight w:val="979"/>
        </w:trPr>
        <w:tc>
          <w:tcPr>
            <w:tcW w:w="5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4E26F1">
            <w:pPr>
              <w:spacing w:before="120" w:after="12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216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  <w:tc>
          <w:tcPr>
            <w:tcW w:w="309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  <w:tc>
          <w:tcPr>
            <w:tcW w:w="4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</w:tr>
      <w:tr w:rsidR="00804E2A">
        <w:trPr>
          <w:cantSplit/>
          <w:trHeight w:val="979"/>
        </w:trPr>
        <w:tc>
          <w:tcPr>
            <w:tcW w:w="50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4E26F1">
            <w:pPr>
              <w:spacing w:before="120" w:after="12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216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  <w:tc>
          <w:tcPr>
            <w:tcW w:w="309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  <w:tc>
          <w:tcPr>
            <w:tcW w:w="4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:rsidR="00804E2A" w:rsidRDefault="00804E2A">
            <w:pPr>
              <w:spacing w:before="120" w:after="120"/>
            </w:pPr>
          </w:p>
        </w:tc>
      </w:tr>
    </w:tbl>
    <w:p w:rsidR="00804E2A" w:rsidRDefault="00804E2A"/>
    <w:p w:rsidR="00804E2A" w:rsidRDefault="004E26F1">
      <w:r>
        <w:t>Первой я хочу прочитать ________________________________________</w:t>
      </w:r>
    </w:p>
    <w:p w:rsidR="00804E2A" w:rsidRDefault="004E26F1">
      <w:r>
        <w:t>________________________________________________________________</w:t>
      </w:r>
    </w:p>
    <w:sectPr w:rsidR="00804E2A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A50B9"/>
    <w:rsid w:val="00326F90"/>
    <w:rsid w:val="004070E3"/>
    <w:rsid w:val="004E26F1"/>
    <w:rsid w:val="00804E2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016F672-6914-46EE-B9E4-BC3B61897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60"/>
    </w:pPr>
    <w:rPr>
      <w:rFonts w:ascii="Arial" w:hAnsi="Arial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950131-A8F5-417B-9DA3-ABB3FA555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Ольга И. Каситериди</cp:lastModifiedBy>
  <cp:revision>2</cp:revision>
  <cp:lastPrinted>2026-09-17T07:12:00Z</cp:lastPrinted>
  <dcterms:created xsi:type="dcterms:W3CDTF">2026-09-17T08:11:00Z</dcterms:created>
  <dcterms:modified xsi:type="dcterms:W3CDTF">2026-09-17T08:11:00Z</dcterms:modified>
</cp:coreProperties>
</file>