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 предоставлении отпуска без сохранения заработной платы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предоставить мне отпуск без сохранения заработной платы по семейным обстоятельствам продолжительностью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[количество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календарных дней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 на основании части первой статьи 128 Трудового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решении по заявлению прошу сообщить мне до начала отпуска. С приказом о предоставлении отпуска прошу ознакомить меня под подпись.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Отпуск считается в календарных днях: если в период попадают суббота и воскресенье, они тоже входят в отпуск. Не прекращайте выходить на работу, пока не подписан приказ: уход без согласия работодателя может быть признан прогулом.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Согласовано (непосредственный руководитель)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Решение руководителя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9355"/>
      </w:tblGrid>
      <w:tr>
        <w:trPr>
          <w:cantSplit/>
        </w:trPr>
        <w:tc>
          <w:tcPr>
            <w:tcW w:type="dxa" w:w="9355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за свой счёт (без сохранения заработной платы)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