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сдачи-приёмки выполненных работ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исполнителя,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заказчика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составили настоящий акт о нижеследующем.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выполнил, а Заказчик принял следующие работы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договора, например: подряда]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  <w:tblLayout w:type="fixed"/>
      </w:tblPr>
      <w:tblGrid>
        <w:gridCol w:w="779"/>
        <w:gridCol w:w="4454"/>
        <w:gridCol w:w="890"/>
        <w:gridCol w:w="890"/>
        <w:gridCol w:w="1113"/>
        <w:gridCol w:w="1225"/>
      </w:tblGrid>
      <w:tr>
        <w:trPr>
          <w:cantSplit/>
        </w:trPr>
        <w:tc>
          <w:tcPr>
            <w:tcW w:type="dxa" w:w="780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455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работ</w:t>
            </w:r>
          </w:p>
        </w:tc>
        <w:tc>
          <w:tcPr>
            <w:tcW w:type="dxa" w:w="891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Ед. изм.</w:t>
            </w:r>
          </w:p>
        </w:tc>
        <w:tc>
          <w:tcPr>
            <w:tcW w:type="dxa" w:w="891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1114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  <w:tc>
          <w:tcPr>
            <w:tcW w:type="dxa" w:w="1225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работы как в договоре или смете]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[ед.]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[кол-во]</w:t>
            </w:r>
          </w:p>
        </w:tc>
        <w:tc>
          <w:tcPr>
            <w:tcW w:type="dxa" w:w="11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[цена]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работы]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[ед.]</w:t>
            </w:r>
          </w:p>
        </w:tc>
        <w:tc>
          <w:tcPr>
            <w:tcW w:type="dxa" w:w="8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[кол-во]</w:t>
            </w:r>
          </w:p>
        </w:tc>
        <w:tc>
          <w:tcPr>
            <w:tcW w:type="dxa" w:w="11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[цена]</w:t>
            </w:r>
          </w:p>
        </w:tc>
        <w:tc>
          <w:tcPr>
            <w:tcW w:type="dxa" w:w="12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4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8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9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1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стоимость выполненных работ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НДС или «без НДС»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Работы выполнены в полном объёме, в установленный Договором срок и с надлежащим качеством, результат работ передан Заказчику. Заказчик претензий по объёму, качеству и срокам выполнения работ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выполненных работ производится в порядке и сроки, установленные Договором, с учётом ранее перечисленного аванса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аванса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К оплате: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к оплате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акт составлен в двух экземплярах, имеющих одинаковую юридическую силу, по одному для каждой из сторон, и является неотъемлемой частью Договора.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при приёмке выявлены недостатки, замените пункт 3 их перечнем и сроком устранения: на недостатки, не указанные в акте, после подписания ссылаться сложнее (ст. 720 ГК РФ).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Работы сдал (Исполнитель)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Работы принял (Заказчик)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