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работодателя, у которого вы выбираете получать пособие]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назначении пособия по временной нетрудоспособности по одному месту работы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работаю у нескольких работодателей: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  <w:tblLayout w:type="fixed"/>
      </w:tblPr>
      <w:tblGrid>
        <w:gridCol w:w="3807"/>
        <w:gridCol w:w="1849"/>
        <w:gridCol w:w="2284"/>
        <w:gridCol w:w="1414"/>
      </w:tblGrid>
      <w:tr>
        <w:trPr>
          <w:cantSplit/>
        </w:trPr>
        <w:tc>
          <w:tcPr>
            <w:tcW w:type="dxa" w:w="380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1849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ИНН</w:t>
            </w:r>
          </w:p>
        </w:tc>
        <w:tc>
          <w:tcPr>
            <w:tcW w:type="dxa" w:w="2284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 работы</w:t>
            </w:r>
          </w:p>
        </w:tc>
        <w:tc>
          <w:tcPr>
            <w:tcW w:type="dxa" w:w="1414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Работаю с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вашей организации]</w:t>
            </w:r>
          </w:p>
        </w:tc>
        <w:tc>
          <w:tcPr>
            <w:tcW w:type="dxa" w:w="18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 организации]</w:t>
            </w:r>
          </w:p>
        </w:tc>
        <w:tc>
          <w:tcPr>
            <w:tcW w:type="dxa" w:w="22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[основная работа]</w:t>
            </w:r>
          </w:p>
        </w:tc>
        <w:tc>
          <w:tcPr>
            <w:tcW w:type="dxa" w:w="14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 приёма]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второго работодателя]</w:t>
            </w:r>
          </w:p>
        </w:tc>
        <w:tc>
          <w:tcPr>
            <w:tcW w:type="dxa" w:w="18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 организации]</w:t>
            </w:r>
          </w:p>
        </w:tc>
        <w:tc>
          <w:tcPr>
            <w:tcW w:type="dxa" w:w="228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[по совместительству]</w:t>
            </w:r>
          </w:p>
        </w:tc>
        <w:tc>
          <w:tcPr>
            <w:tcW w:type="dxa" w:w="14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 приёма]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двух календарных годах, предшествующих году наступления нетрудоспособности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годы), я работал(а) у следующих работодателей: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[наименования и ИНН работодателей расчётного периода, включая прежние места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Состав этих работодателей не совпадает с нынешними, поэтому в соответствии с частями 3 и 4 статьи 13 Федерального закона от 29.12.2006 № 255-ФЗ я вправе получить пособие по одному из нынешних мест работы по своему выбору.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был(а) временно нетрудоспособен(на). Электронный листок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ЭЛН]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назначить и выплатить мне пособие по временной нетрудоспособности по указанному ЭЛН по месту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вашей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исчислив средний заработок с учётом заработка у всех страхователей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при ответе на запрос Социального фонда России указать метод назначения «по одному страхователю», а пособие за первые три дня нетрудоспособности, выплачиваемое за счёт работодателя, рассчитать с учётом заработка у всех страхователей.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месту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второго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пособие по этому листку нетрудоспособности назначаться не будет: о своём выборе я уведомил(а) этого работодателя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страховой стаж на день наступления нетрудоспособности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 Периоды работы, не отражённые в сведениях о трудовой деятельности, подтверждаю прилагаемыми документами.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Пособие прошу перечислять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 которому выпущена карта «Мир».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уведомления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второго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выборе места получения пособия с отметкой о получении,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страховой стаж (при необходимости),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до того, как работодатель ответит на запрос СФР. Если в 2024–2025 годах вы работали у тех же работодателей, что и сейчас, права выбора нет: пособие назначат по каждому месту работы, и это заявление не нужно.</w:t>
      </w:r>
    </w:p>
    <w:p>
      <w:r>
        <w:br w:type="page"/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второго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СНИЛС]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выборе места получения пособия по временной нетрудоспособности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Сообщаю, что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был(а) временно нетрудоспособен(на), электронный листок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ЭЛН]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частями 3 и 4 статьи 13 Федерального закона от 29.12.2006 № 255-ФЗ я выбрал(а) получение пособия по этому листку нетрудоспособности по одному месту работы: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выбранного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на запрос Социального фонда России по указанному ЭЛН направить отказ в представлении сведений с указанием причины «оплата по другому месту работы» и не выплачивать пособие за первые три дня нетрудоспособности.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получил(а):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сотрудника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совместителя о назначении пособия по временной нетрудоспособности по одному месту работы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