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[юридический адрес]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Приказ № [номер]-к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приёме на работу по совместительству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работе по совместительству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работу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должности по штатному расписанию]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по внешнему совместительству на 0,5 ставки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Установить работнику: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должностной оклад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месяц за полную ставку; выплату заработной платы пропорционально отработанному времени, что при 0,5 ставки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неполное рабочее время: 20 часов в неделю, пятидневная рабочая неделя по 4 часа в день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[час]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[час]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выходные дни — суббота и воскресенье;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испытание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месяц(ев).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Начальнику отдела кадров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ознакомить работника с настоящим приказом под подпись;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внести сведения о приёме на работу в личную карточку работника;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сведения о приёме работника в Социальный фонд России в составе формы ЕФС-1 не позднее рабочего дня, следующего за днём издания настоящего приказа.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производить начисление заработной платы работнику в соответствии с пунктом 2 настоящего приказа и табелем учёта рабочего времени.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Основание: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[Должность руководителя]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  <w:tblLayout w:type="fixed"/>
      </w:tblPr>
      <w:tblGrid>
        <w:gridCol w:w="5345"/>
        <w:gridCol w:w="2450"/>
        <w:gridCol w:w="1559"/>
      </w:tblGrid>
      <w:tr>
        <w:trPr>
          <w:cantSplit/>
        </w:trPr>
        <w:tc>
          <w:tcPr>
            <w:tcW w:type="dxa" w:w="5346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2450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1559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[фамилия, имя, отчество]</w:t>
            </w:r>
          </w:p>
        </w:tc>
        <w:tc>
          <w:tcPr>
            <w:tcW w:type="dxa" w:w="245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Приказ о приёме не обязателен: с 2021 года работодатель вправе, но не обязан его издавать (ч. 1 ст. 68 ТК РФ). Если приказ издаётся, его условия должны совпадать с трудовым договором.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 по внешнему совместительству на 0,5 ставки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