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Представителю нанимателя: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представителя нанимателя]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государственного органа]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[замещаемая должность гражданской службы]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служащего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намерении выполнять иную оплачиваемую работу по совместительству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2 статьи 14 Федерального закона от 27.07.2004 № 79-ФЗ «О государственной гражданской службе Российской Федерации» уведомляю о намерении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выполнять иную оплачиваемую работу.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работе: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Сведение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Основание выполнения работы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трудовой договор о работе по совместительству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Организация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[полное наименование организации]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и адрес организации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места нахождения]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Характер работы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[педагогическая, научная, творческая или иная]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Должность и основные обязанности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[должность; например: преподаватель, проведение лекционных и практических занятий по дисциплине «...»]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Срок договора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Режим работы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[дни недели и часы]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в свободное от исполнения должностных обязанностей время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Выполнение указанной работы не повлечёт за собой конфликта интересов. Работа не связана с моими должностными обязанностями, и организация не находится в моём непосредственном подчинении, подконтрольности или подведомственности.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Работа будет выполняться в свободное от гражданской службы время, без использования служебной информации, средств материально-технического, финансового и информационного обеспечения, а также другого государственного имущества.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соблюдать запреты и ограничения, установленные статьями 16 и 17 Федерального закона от 27.07.2004 № 79-ФЗ и Федеральным законом от 25.12.2008 № 273-ФЗ «О противодействии коррупции». Об изменении сведений, указанных в настоящем уведомлении, а также о возникновении личной заинтересованности, которая может привести к конфликту интересов, сообщу дополнительно.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(проект) трудового договора о работе по совместительству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9355"/>
      </w:tblGrid>
      <w:tr>
        <w:trPr>
          <w:cantSplit/>
        </w:trPr>
        <w:tc>
          <w:tcPr>
            <w:tcW w:type="dxa" w:w="9355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регистрации уведомления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Регистрационный номер: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[должность, ФИО лица, зарегистрировавшего уведомление]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уведомление до начала работы и сохраните копию с отметкой о регистрации. Если в вашем органе утверждена своя форма уведомления, перенесите сведения из этого образца в неё.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гражданского служащего о намерении выполнять иную оплачиваемую работу по совместительству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