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работодателя]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совместителя]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совместителя в дательном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проживания работника]</w:t>
      </w:r>
    </w:p>
    <w:p>
      <w:pPr>
        <w:spacing w:before="0" w:after="200" w:line="276" w:lineRule="auto"/>
        <w:jc w:val="both"/>
      </w:pP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 прекращении трудового договора в связи с приемом работника, для которого эта работа будет являться основной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[имя и отчество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Вами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заключен трудовой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работе по совместительству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Договор заключен на неопределенный срок.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эту должность принимается работник, для которого эта работа будет являться основной. В связи с этим на основании статьи 288 Трудового кодекса Российской Федерации уведомляем Вас, что трудовой договор с Вами будет прекращен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[дата увольнения]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Этот день будет Вашим последним рабочим днем.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последний рабочий день Вам будут: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выплачены все причитающиеся суммы, включая заработную плату за отработанное время и денежную компенсацию за все неиспользованные дни ежегодного оплачиваемого отпуска (статьи 127 и 140 Трудового кодекса Российской Федерации);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выданы заверенная копия приказа о прекращении трудового договора и сведения о трудовой деятельности за период работы у работодателя (статьи 84.1 и 66.1 Трудового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Запись о прекращении работы по совместительству в бумажную трудовую книжку вносит работодатель по основному месту работы на основании копии приказа.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уведомление под подпись не позднее чем за две недели до увольнения; при отказе расписаться составьте акт и отправьте уведомление заказным письмом с описью. Не увольняйте по статье 288 ТК РФ беременных и других лиц из статьи 261 ТК РФ, а также в период болезни или отпуска работника.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9355"/>
      </w:tblGrid>
      <w:tr>
        <w:trPr>
          <w:cantSplit/>
        </w:trPr>
        <w:tc>
          <w:tcPr>
            <w:tcW w:type="dxa" w:w="9355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Уведомление получил(а), второй экземпляр на руки получил(а)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 работника]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совместителя о прекращении трудового договора в связи с приемом основного работника (ст. 288 ТК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