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уступки права требования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(цессии) денежного требования по договору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цедента,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«Цедент»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цессионария]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«Цессионарий»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Цедент уступает, а Цессионарий принимает право (требование)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Должник), возникшее из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договора, например: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Основной договор), заключённого между Цедентом и Должником.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Уступаемое требование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основного долга по оплате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[товара, работ или 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переданных Должнику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реквизиты первичных документов, например: УПД № 15 от 10.06.2026, УПД № 22 от 25.06.2026]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срок оплаты по которым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с основным долгом к Цессионарию переходят право на неустойку и проценты за пользование чужими денежными средствами, начисленные на момент перехода права и начисляемые в будущем, а также права, обеспечивающие исполнение обязательства (ст. 384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Требование переходит к Цессионарию в момент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[полной оплаты цены уступки в соответствии с разделом 3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 этого момента Цедент не вправе принимать исполнение от Должника, а полученное до перехода права исполнение не уменьшает обязательств Цедента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дату подписания Договора задолженность Должника подтверждена актом сверки взаимных расчётов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подписанным Цедентом и Должником.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Передача документов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перехода права Цедент передаёт Цессионарию по акту приёма-передачи (Приложение № 1) документы, удостоверяющие требование: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копию Основного договора со всеми приложениями и дополнительными соглашениями;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первичных документов, подтверждающих передачу товара, выполнение работ или оказание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сверки взаимных расчётов с Должником;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переписку с Должником по вопросам оплаты, копии претензий и ответов на них.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запросу Цессионария Цедент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[5 (пяти)]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предоставляет оригиналы документов для обозрения судом и сообщает иные сведения, имеющие значение для осуществления требования (п. 3 ст. 385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уступки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уступаемое требование Цессионарий уплачивает Цеденту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уступки уплачивается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безналичным перечислением на расчётный счёт Цедента, указанный в разделе 9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по оплате считается исполненным в день зачисления денежных средств на расчётный счёт Цедента.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Уведомление должника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Цедент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перехода права направляет Должнику письменное уведомление об уступке по адресу, указанному в ЕГРЮЛ, и по адресу для корреспонденции, указанному в Основном договоре, и передаёт Цессионарию копию уведомления с доказательством отправки.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Цессионарий вправе самостоятельно уведомить Должника о переходе права, приложив копию Договора и документов, подтверждающих оплату цены уступки.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до получения уведомления Должник исполнит обязательство Цеденту, Цедент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[3 (трёх)]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перечисляет полученное Цессионарию.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Заверения и ответственность Цедента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Цедент заверяет Цессионария, что на дату подписания Договора: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требование существует, действительно и принадлежит Цеденту;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требование не уступлено третьим лицам, не заложено и не арестовано;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Основной договор не содержит запрета или ограничения уступки;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Цедент не совершал и не совершит действий, которые могут стать основанием для возражений Должника, в том числе не предоставлял отсрочку, не прощал долг и не заявлял о зачёте;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Цедент не находится в процедуре банкротства или ликвидации.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Цедент отвечает перед Цессионарием за недействительность переданного требования, но не отвечает за его неисполнение Должником (п. 1 ст. 390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недостоверности заверений, указанных в п. 5.1 Договора, Цессионарий вправе потребовать возврата уплаченной цены уступки и возмещения убытков (п. 3 ст. 390, ст. 431.2 ГК РФ). Цедент возвращает цену уступки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(десяти)]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требования.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оплаты цены уступки Цессионарий уплачивает Цеденту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цены уступки.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передачи документов или перечисления полученного от Должника исполнения Цедент уплачивает Цессионарию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уступаемого требования за каждый день просрочки,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этой суммы.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разрешаются путём переговоров и в претензионном порядке.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[10 (десять)]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Арбитражный суд города Москвы]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Акт приёма-передачи документов.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Цедент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Цессионарий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уступки права требования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документов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Цедента]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(Цедент) передал,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Цессионария]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(Цессионарий) принял следующие документы, удостоверяющие право требования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4454"/>
        <w:gridCol w:w="2672"/>
        <w:gridCol w:w="1447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документа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Реквизиты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 листов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Основной договор (копия)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Универсальный передаточный документ (копия)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Акт сверки взаимных расчётов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44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Претензия Должнику (копия)</w:t>
            </w:r>
          </w:p>
        </w:tc>
        <w:tc>
          <w:tcPr>
            <w:tcW w:type="dxa" w:w="26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исх.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переданы в полном объёме. Стороны претензий друг к другу не имеют.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(Цедент)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(Цессионарий)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 между организациями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