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Агентский 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поиск клиентов и заключение договоров от имени принципала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принципала,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«Принципал»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агента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(ОГРНИП)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«Агент»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Принципал поручает, а Агент за вознаграждение обязуется от имени и за счёт Принципала совершать действия по поиску клиентов и заключению с ними договоров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товаров или услуг Принципала, например: оказание услуг по уборке помещений]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Клиентские договоры).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рамках Договора Агент: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ищет потенциальных клиентов, проводит с ними переговоры и презентует товары (услуги) Принципала;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заключает Клиентские договоры от имени Принципала по форме, утверждённой Принципалом (Приложение № 1), и по ценам из действующего прайс-листа Принципала;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передаёт Принципалу подписанные Клиентские договоры и сведения о клиентах;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информирует клиентов о порядке оплаты и контролирует поступление платежей.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исполнения Договора Принципал выдаёт Агенту доверенность. Агент не вправе заключать Клиентские договоры на условиях, отличающихся от утверждённой формы и прайс-листа, без письменного согласия Принципала.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Права и обязанности по Клиентским договорам возникают непосредственно у Принципала.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Территория деятельности Агента: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[территория, например: Московская область]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Принципал вправе самостоятельно и через других агентов работать на этой территории.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Агент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исполнять поручения Принципала добросовестно, в его интересах и в соответствии с его указаниями;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принимать от клиентов наличные денежные средства, если иное не согласовано Сторонами письменно;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сохранять конфиденциальность сведений о Принципале, его ценах и клиентах в течение срока действия Договора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 (трёх)]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после его прекращения;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Принципалу отчёты в порядке, установленном разделом 4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доверенность и все документы Принципала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прекращения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Принципал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Агенту доверенность, формы Клиентских договоров, прайс-лист и рекламные материалы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сообщать Агенту об изменении цен и условий работы;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исполнять Клиентские договоры, заключённые Агентом в пределах полномочий;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рассматривать отчёты Агента и выплачивать вознаграждение в порядке и сроки, установленные Договором.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Вознаграждение агента и расходы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Агента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% от денежных средств, фактически поступивших Принципалу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Клиентским договорам, заключённым Агентом, в отчётном месяце.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указано с учётом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Вознаграждение включает все расходы Агента, связанные с исполнением Договора. Иные расходы возмещаются Принципалом, только если они заранее согласованы им в письменной форме и подтверждены документами.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Принципал выплачивает вознаграждение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отчёта Агента за соответствующий месяц путём перечисления на расчётный счёт Агента.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Отчёты агента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Агент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[5-го]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отчётным, представляет Принципалу отчёт по форме Приложения № 2 с указанием заключённых Клиентских договоров, поступивших платежей и суммы вознаграждения.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отчёту прилагаются подписанные экземпляры Клиентских договоров и документы, подтверждающие согласованные расходы Агента.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Принципал, имеющий возражения по отчёту, сообщает о них Агенту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отчёта. Если в этот срок возражения не заявлены, отчёт считается принятым Принципалом.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выплаты вознаграждения Принципал уплачивает Агенту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неуплаченной суммы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этой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Агент возмещает Принципалу убытки, причинённые заключением Клиентских договоров с превышением полномочий или на условиях, не согласованных с Принципалом.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Агент не отвечает перед Принципалом за неисполнение клиентами Клиентских договоров.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Срок действия и прекращение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 (тридцать)]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до окончания срока не заявит о прекращении Договора, он продлевается на каждый следующий год на тех же условиях.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Каждая Сторона вправе в одностороннем порядке отказаться от Договора, письменно уведомив другую Сторону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[30 (тридцать)]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прекращении Договора Принципал выплачивает Агенту вознаграждение за платежи, поступившие по Клиентским договорам, заключённым Агентом до даты прекращения Договора,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 (трёх)]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после этой даты.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разрешаются путём переговоров и в претензионном порядке. Срок ответа на претензию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города Москвы]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Уведомления, отчёты и претензии направляются по адресам Сторон, указанным в разделе 9 Договора, заказным письмом либо по электронной почте. Сообщение считается полученным в день его доставки адресату.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Форма Клиентского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 — Форма отчёта Агента.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Принципал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Агент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2 к Агентскому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Отчёт агента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за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[месяц, год]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Агента]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(Агент) представляет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Принципала]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(Принципалу) отчёт об исполнении Агентского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Заключённые Клиентские договоры и поступившие по ним платежи: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88"/>
        <w:gridCol w:w="2479"/>
        <w:gridCol w:w="2141"/>
        <w:gridCol w:w="1690"/>
        <w:gridCol w:w="2254"/>
      </w:tblGrid>
      <w:tr>
        <w:trPr>
          <w:cantSplit/>
        </w:trPr>
        <w:tc>
          <w:tcPr>
            <w:tcW w:type="dxa" w:w="7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4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Клиент</w:t>
            </w:r>
          </w:p>
        </w:tc>
        <w:tc>
          <w:tcPr>
            <w:tcW w:type="dxa" w:w="21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Договор</w:t>
            </w:r>
          </w:p>
        </w:tc>
        <w:tc>
          <w:tcPr>
            <w:tcW w:type="dxa" w:w="1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Поступило, руб.</w:t>
            </w:r>
          </w:p>
        </w:tc>
        <w:tc>
          <w:tcPr>
            <w:tcW w:type="dxa" w:w="2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Вознаграждение, руб.</w:t>
            </w:r>
          </w:p>
        </w:tc>
      </w:tr>
      <w:tr>
        <w:trPr>
          <w:cantSplit/>
        </w:trPr>
        <w:tc>
          <w:tcPr>
            <w:tcW w:type="dxa" w:w="7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4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клиента]</w:t>
            </w:r>
          </w:p>
        </w:tc>
        <w:tc>
          <w:tcPr>
            <w:tcW w:type="dxa" w:w="21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4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клиента]</w:t>
            </w:r>
          </w:p>
        </w:tc>
        <w:tc>
          <w:tcPr>
            <w:tcW w:type="dxa" w:w="214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6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78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48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2142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6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22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вознаграждения Агента за отчётный период: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в том числе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НДС или «не облагается»]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Согласованные расходы Агента, подлежащие возмещению: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Приложения: копии Клиентских договоров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Агент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Отчёт принят Принципалом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поиск клиентов и заключение договоров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