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хранения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имущества на складе хранителя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поклажедателя, например: Общество с ограниченной ответственностью «Альфа»]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«Поклажедатель»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хранителя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листа записи ЕГРИП]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«Хранитель»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Хранитель обязуется принять от Поклажедателя и хранить имущество, указанное в акте приёма-передачи (далее — Имущество), и возвратить его в сохранности по требованию Поклажедателя, а Поклажедатель обязуется оплатить услуги по хранению.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Наименование, количество, состояние и оценочная стоимость Имущества указываются в акте приёма-передачи, составленном по форме Приложения № 1 (стоимость в акте — оценочная стоимость Имущества, согласованная Сторонами). Акт подписывается при каждой передаче Имущества и является неотъемлемой частью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хранения: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склада или помещения Хранителя]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Имущество принимается на хранение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Поклажедатель вправе забрать Имущество полностью или частично до окончания этого срока.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на Имущество к Хранителю не переходит. Хранитель не вправе пользоваться Имуществом и передавать его третьим лицам.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Условия хранения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Хранитель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Имущество по количеству и внешнему виду с подписанием акта приёма-передачи;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хранить Имущество в помещении, исключающем доступ посторонних лиц, обеспечить охрану, пожарную безопасность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[температурный режим и иные условия хранения, например: температуру от +5 до +25 °C]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хранить Имущество отдельно от имущества Хранителя и других лиц;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незамедлительно уведомить Поклажедателя о повреждении, угрозе утраты или изменения состояния Имущества;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представителям Поклажедателя доступ к Имуществу для осмотра в рабочее время Хранителя по предварительной заявке;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возвратить Имущество в том состоянии, в котором оно было принято, с учётом его естественного износа и естественной убыли.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Поклажедатель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Имущество в надлежащей упаковке и маркировке;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предупредить Хранителя о свойствах Имущества, требующих особых условий хранения;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оплачивать хранение;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забрать Имущество по окончании срока хранения.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Порядок передачи и возврата имущества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Имущество доставляется на склад силами и за счёт Поклажедателя. Приёмка проводится в присутствии представителей обеих Сторон с подписанием акта приёма-передачи.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возврата Имущества Поклажедатель направляет Хранителю заявку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[2 (два)]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дня до даты вывоза. Возврат оформляется актом с указанием количества и состояния возвращаемого Имущества.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при возврате обнаружены недостача или повреждение, это указывается в акте возврата. Хранитель вправе указать в акте свои возражения.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Стоимость хранения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хранения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 в месяц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и сумма НДС или «НДС не облагается» с указанием 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Стоимость хранения включает расходы Хранителя на хранение Имущества, кроме чрезвычайных расходов, необходимость которых не могла быть предвидена при заключении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Поклажедатель оплачивает хранение ежемесячно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[10-го]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текущего месяца на основании счёта Хранителя. За неполный месяц оплата рассчитывается пропорционально количеству дней хранения.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ежемесячно подписывают акт об оказанных услугах хранения.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Хранитель отвечает за утрату, недостачу или повреждение Имущества, если не докажет, что они произошли вследствие непреодолимой силы, свойств Имущества, о которых Хранитель не знал и не должен был знать, либо умысла или грубой неосторожности Поклажедателя (ст. 901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Хранитель возмещает убытки в размере стоимости утраченного или недостающего Имущества, а при повреждении — в размере суммы, на которую понизилась его стоимость. Стоимость определяется по оценке, указанной в акте приёма-передачи.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просрочку оплаты Поклажедатель уплачивает Хранителю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[0,1]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неоплаченной суммы за каждый день просрочки. Если просрочка превышает половину периода оплаты, Хранитель вправе отказаться от Договора и потребовать немедленно забрать Имущество (п. 2 ст. 896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Поклажедатель не забрал Имущество в срок, он оплачивает хранение за всё время фактического хранения по ставке, указанной в п. 4.1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Срок действия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даты подписания и действует до полного исполнения Сторонами своих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Поклажедатель вправе в любое время потребовать возврата Имущества, оплатив хранение за фактический срок.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Споры разрешаются путём переговоров и в претензионном порядке. Срок ответа на претензию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 (десять)]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спор не урегулирован в претензионном порядке, он передаётся на рассмотрение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например: Арбитражный суд Московской области]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Уведомления и претензии направляются по адресам Сторон, указанным в разделе 9 Договора, заказным письмом либо по электронной почте.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 к Договору: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 — Акт приёма-передачи имущества на хранение.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Поклажедатель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Хранитель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1 к Договору хранения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приёма-передачи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имущества на хранение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Поклажедателя]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(Поклажедатель) передал, 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Хранителя]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(Хранитель) принял на хранение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склада]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следующее имущество: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88"/>
        <w:gridCol w:w="3381"/>
        <w:gridCol w:w="1239"/>
        <w:gridCol w:w="2254"/>
        <w:gridCol w:w="1690"/>
      </w:tblGrid>
      <w:tr>
        <w:trPr>
          <w:cantSplit/>
        </w:trPr>
        <w:tc>
          <w:tcPr>
            <w:tcW w:type="dxa" w:w="78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3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 имущества</w:t>
            </w:r>
          </w:p>
        </w:tc>
        <w:tc>
          <w:tcPr>
            <w:tcW w:type="dxa" w:w="12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Кол-во, шт.</w:t>
            </w:r>
          </w:p>
        </w:tc>
        <w:tc>
          <w:tcPr>
            <w:tcW w:type="dxa" w:w="2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Состояние</w:t>
            </w:r>
          </w:p>
        </w:tc>
        <w:tc>
          <w:tcPr>
            <w:tcW w:type="dxa" w:w="16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Стоимость, руб.</w:t>
            </w:r>
          </w:p>
        </w:tc>
      </w:tr>
      <w:tr>
        <w:trPr>
          <w:cantSplit/>
        </w:trPr>
        <w:tc>
          <w:tcPr>
            <w:tcW w:type="dxa" w:w="78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3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серийный номер]</w:t>
            </w:r>
          </w:p>
        </w:tc>
        <w:tc>
          <w:tcPr>
            <w:tcW w:type="dxa" w:w="12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2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состояния]</w:t>
            </w:r>
          </w:p>
        </w:tc>
        <w:tc>
          <w:tcPr>
            <w:tcW w:type="dxa" w:w="16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78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3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серийный номер]</w:t>
            </w:r>
          </w:p>
        </w:tc>
        <w:tc>
          <w:tcPr>
            <w:tcW w:type="dxa" w:w="12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2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состояния]</w:t>
            </w:r>
          </w:p>
        </w:tc>
        <w:tc>
          <w:tcPr>
            <w:tcW w:type="dxa" w:w="16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78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38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124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2254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6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Имущество осмотрено. Количество и внешний вид соответствуют указанным в акте. Видимых повреждений упаковки не обнаружено.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(Поклажедатель)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(Хранитель)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имущества на складе (ответственное хранение)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