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безвозмездного пользования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жилым помещением (договор ссуды)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«Ссудодатель»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«Ссудополучатель»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Ссудодатель передаёт Ссудополучателю в безвозмездное временное пользование жилое помещение — квартиру,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состоящую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комнат, расположенную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(далее — Квартира), а Ссудополучатель обязуется вернуть Квартиру в том состоянии, в котором её получил,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принадлежит Ссудодателю на праве собственности,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предоставляется для проживания Ссудополучателя и следующих лиц: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степень родства совместно проживающих лиц]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Ссудодатель гарантирует, что Квартира не продана, не заложена, не сдана в аренду или в пользование третьим лицам, в споре и под арестом не состоит.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Квартирой передаются мебель и бытовая техника по перечню, указанному в акте приёма-передачи (Приложение № 1).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заключён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Ссудополучатель продолжает пользоваться Квартирой после окончания срока при отсутствии возражений Ссудодателя, Договор считается возобновлённым на тех же условиях на неопределённый срок (п. 2 ст. 621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Ссудодатель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передать Квартиру по акту приёма-передачи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 даты подписания Договора вместе с ключами и имуществом, указанным в акте;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препятствовать Ссудополучателю в пользовании Квартирой;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оплачивать взносы на капитальный ремонт и налог на имущество.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Ссудодатель вправе осматривать Квартиру не чаще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[одного раза в месяц]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предварительно согласовав время со Ссудополучателем.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Ссудополучатель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Квартиру только для проживания;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Квартиру в исправном состоянии, производить за свой счёт текущий ремонт;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оплачивать коммунальные услуги, электроэнергию, связь и интернет, а также плату за содержание жилого помещения;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пользования жилыми помещениями, требования пожарной безопасности и права соседей;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передавать Квартиру третьим лицам, не сдавать её в поднаём и не производить переустройство и перепланировку без письменного согласия Ссудодателя;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Ссудодателю об авариях и повреждениях Квартиры;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вернуть Квартиру по акту в день окончания Договора в том состоянии, в котором её получил,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Капитальный ремонт Квартиры и общего имущества многоквартирного дома, а также замена вышедшего из строя оборудования по причинам, не зависящим от Ссудополучателя, производятся за счёт Ссудодателя.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Ссудополучатель возмещает Ссудодателю ущерб, причинённый Квартире и имуществу по его вине или по вине проживающих с ним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Риск случайной гибели или повреждения Квартиры несёт Ссудодатель, за исключением случаев, предусмотренных ст. 696 ГК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Неотделимые улучшения Квартиры, произведённые Ссудополучателем, переходят Ссудодателю без возмещения их стоимости.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Сторона вправе отказаться от Договора, письменно известив другую Сторону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 (один) месяц]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Ссудодатель вправе потребовать досрочного расторжения Договора в случаях, предусмотренных п. 1 ст. 698 ГК РФ, в том числе при использовании Квартиры не по назначению, существенном ухудшении её состояния или передаче третьему лицу без согласия Ссудодателя.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прекращении Договора Ссудополучатель освобождает Квартиру, погашает задолженность по коммунальным платежам и возвращает ключи по акту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[7 (семи)]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 Ссудополучатель и проживающие с ним лица, зарегистрированные в Квартире по месту пребывания или жительства, снимаются с регистрационного учёта в тот же срок.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подписания. Государственной регистрации Договор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разрешаются путём переговоров, а при недостижении согласия — в суде по месту нахождения Квартиры.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Акт приёма-передачи Квартиры.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Ссудодатель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Ссудополучатель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безвозмездного пользования жилым помещением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квартиры в безвозмездное пользование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Ссудодателя]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(Ссудодатель)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Ссудополучателя]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(Ссудополучатель) принял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Квартиры: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состояния, например: ремонт в хорошем состоянии, сантехника исправна, окна и двери без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приборов учёта на дату передачи: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58"/>
        <w:gridCol w:w="3358"/>
        <w:gridCol w:w="2638"/>
      </w:tblGrid>
      <w:tr>
        <w:trPr>
          <w:cantSplit/>
        </w:trPr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Прибор учёта</w:t>
            </w:r>
          </w:p>
        </w:tc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счётчика</w:t>
            </w:r>
          </w:p>
        </w:tc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Показания</w:t>
            </w:r>
          </w:p>
        </w:tc>
      </w:tr>
      <w:tr>
        <w:trPr>
          <w:cantSplit/>
        </w:trPr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Холодная вода</w:t>
            </w:r>
          </w:p>
        </w:tc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Горячая вода</w:t>
            </w:r>
          </w:p>
        </w:tc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3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Электроэнергия</w:t>
            </w:r>
          </w:p>
        </w:tc>
        <w:tc>
          <w:tcPr>
            <w:tcW w:type="dxa" w:w="33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6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Переданное имущество: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63"/>
        <w:gridCol w:w="4539"/>
        <w:gridCol w:w="1100"/>
        <w:gridCol w:w="2751"/>
      </w:tblGrid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5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</w:t>
            </w:r>
          </w:p>
        </w:tc>
        <w:tc>
          <w:tcPr>
            <w:tcW w:type="dxa" w:w="11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5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мебели или техники]</w:t>
            </w:r>
          </w:p>
        </w:tc>
        <w:tc>
          <w:tcPr>
            <w:tcW w:type="dxa" w:w="11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54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мебели или техники]</w:t>
            </w:r>
          </w:p>
        </w:tc>
        <w:tc>
          <w:tcPr>
            <w:tcW w:type="dxa" w:w="11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75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Переданы ключи: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претензий друг к другу не имеют.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(Ссудодатель)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(Ссудополучатель)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жилым помещением (ссуды)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