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без экипажа 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категория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[B]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предоставляет Арендатору за плату во временное владение и пользование без оказания услуг по управлению и технической эксплуатации следующий автомобиль (далее — «Автомобиль»):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[17 знаков 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 кузова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ТС (ПТС или ЭПТС)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ПТС либо номер ЭПТС]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Показания одометра при передаче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[пробег]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Оценочная стоимость Автомобиля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цифрами]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прописью]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) рублей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Автомобиль принадлежит Арендодателю на праве собственности, что подтверждается свидетельством о регистрации ТС, указанным в п. 1.1 договора. Арендодатель заверяет, что Автомобиль не продан, не заложен, под арестом и запретом на регистрационные действия не состоит, правами третьих лиц не обременён.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Автомобиль предоставляется Арендатору для личных нужд. Использование Автомобиля для перевозки пассажиров и грузов за плату, в том числе в качестве легкового такси, обучения вождению, участия в соревнованиях допускается только с письменного согласия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вправе передавать управление Автомобилем только лицам, указанным в полисе ОСАГО. Передача Автомобиля в субаренду без письменного согласия Арендодателя не допускается.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 и передача Автомобиля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заключён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передаёт Автомобиль Арендатору в день подписания договора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вместе со свидетельством о регистрации ТС,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комплектом(ами) ключей и принадлежностями, перечисленными в акте приёма-передачи. Передача и возврат Автомобиля оформляются актами приёма-передачи, которые являются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акте приёма-передачи Стороны фиксируют показания одометра, уровень топлива, комплектность и все видимые повреждения Автомобиля. Повреждения, не указанные в акте при передаче, считаются возникшими в период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окончании срока аренды Арендатор возвращает Автомобиль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состоянии, в котором он его получил, с учётом нормального износа, с тем же уровнем топлива и в чистом виде.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Арендная плата и залог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каждый календарный месяц аренды. За неполный месяц плата рассчитывается пропорционально количеству дней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вносит арендную плату авансом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каждого месяца, за первый месяц — в день подписания договора, наличными под расписку Арендодателя или переводом на банковский счёт Арендодателя: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счёта или номер телефона для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обеспечение исполнения своих обязательств Арендатор при подписании договора передаёт Арендодателю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За счёт обеспечительного платежа Арендодатель вправе погасить долг по арендной плате, штрафы и расходы на устранение повреждений Автомобиля, возникших по вине Арендатора. Остаток обеспечительного платежа возвращается Арендатору в день возврата Автомобиля. Проценты на сумму обеспечительного платежа не начисляются (ст. 381.1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Автомобиль в исправном техническом состоянии, пригодном для эксплуатации, с документами, необходимыми для участия в дорожном движении;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Арендатору об известных особенностях и недостатках Автомобиля;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препятствовать владению и пользованию Автомобилем в течение срока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Автомобиль по назначению, соблюдать Правила дорожного движения и правила эксплуатации, установленные изготовителем;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Автомобиль в надлежащем состоянии, своевременно проходить техническое обслуживание и выполнять текущий ремонт за свой счёт (ст. 644 ГК РФ);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нести расходы на содержание Автомобиля: топливо, мойку, стоянку, расходные материалы (ст. 646 ГК РФ);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начала эксплуатации Автомобиля застраховать свою гражданскую ответственность по договору ОСАГО либо обеспечить включение себя в действующий полис ОСАГО;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уплачивать административные штрафы за нарушения, совершённые в период аренды, в том числе зафиксированные камерами;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незамедлительно,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[24 часов]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сообщать Арендодателю о дорожно-транспортном происшествии, угоне, повреждении Автомобиля или изъятии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вносить изменения в конструкцию Автомобиля без письменного согласия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вернуть Автомобиль в срок и в состоянии, указанные в п. 2.4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Капитальный ремонт Автомобиля, необходимость которого не связана с действиями Арендатора, производит Арендодатель за свой счёт, если Стороны не договорятся иначе.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Ответственность за вред, причинённый третьим лицам Автомобилем, его механизмами и устройствами в период аренды, несёт Арендатор (ст. 648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утраты или повреждения Автомобиля в период аренды Арендатор возмещает Арендодателю причинённые убытки в части, не покрытой страховым возмещением, если не докажет, что утрата или повреждение произошли по обстоятельствам, за которые он не отвечает.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просрочке внесения арендной платы Арендатор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долга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невозврате Автомобиля в срок Арендатор вносит арендную плату за всё время просрочки (ст. 622 ГК РФ), а также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каждые сутки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Штрафы за административные правонарушения, совершённые в период аренды и выставленные Арендодателю как собственнику, Арендатор возмещает в течение 5 (пяти) дней со дня получения от Арендодателя копии постановления. Арендодатель вправе обжаловать постановление, представив договор и акт приёма-передачи (ч. 2 ст. 2.6.1 КоАП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Досрочное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вправе отказаться от договора в одностороннем порядке, письменно уведомив Арендатора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дня, если Арендатор: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использует Автомобиль с существенным нарушением условий договора или не по назначению;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[двух]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подряд не вносит арендную плату в установленный срок;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передал управление лицу, не указанному в полисе ОСАГО, или передал Автомобиль в субаренду без согласия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вправе досрочно вернуть Автомобиль, письменно уведомив Арендодателя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[7]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 Арендная плата за неиспользованный и оплаченный период возвращается Арендатору.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 по договору направляются по адресам, указанным в разделе 8, а также могут направляться в мессенджере или по электронной почте, указанным в разделе 8. Сообщение считается полученным, если оно доставлено по этим контактам.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жительства ответчика.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 Во всём, что не предусмотрено договором, Стороны руководствуются § 3 главы 34 Гражданского кодекса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Адреса, контакты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корреспонденции]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корреспонденции]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Обеспечительный платёж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 получил(а).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Сохраните договор и оба акта до конца срока давности по штрафам: именно они освобождают собственника от штрафов с камер за период аренды. Полис ОСАГО должен действовать на арендатора с первого дня поездок.</w:t>
      </w:r>
    </w:p>
    <w:p>
      <w:pPr>
        <w:keepNext/>
        <w:pageBreakBefore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аренды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(«Арендодатель»)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(«Арендатор») принял(а) во временное владение и пользование по договору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пробег по одометру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км, уровень топлива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 бака или литры]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Документы: свидетельство о регистрации ТС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полис ОСАГО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срок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шт.; 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[запасное колесо, домкрат, аптечка, знак аварийной остановки, огнетушитель, иное]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Автомобиля: исправен. Видимые повреждения кузова, салона, стёкол и колёс: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повреждений с указанием места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Стороны сделали фотографии Автомобиля в момент передачи.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keepNext/>
        <w:pageBreakBefore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возврата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аренды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возвратил(а), а Арендодатель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принял(а)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пробег по одометру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км, уровень топлива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 бака или литры]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документы, ключи и принадлежности, указанные в акте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Новые повреждения, выявленные при возврате: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«не выявлены»]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Арендная плата внесена полностью, задолженности нет. Остаток обеспечительного платежа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возвращён Арендатору.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Сдал — Арендатор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Арендодатель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без экипажа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