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аренды земельного участка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между физическими лицами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[населённый пункт]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[дата: «__» ________ 2026]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арендодателя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г.р., паспорт гражданина РФ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«Арендодатель»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арендатора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г.р., паспорт гражданина РФ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«Арендатор»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заключили настоящий договор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Арендодатель передаёт Арендатору за плату во временное владение и пользование земельный участок (далее — «Участок») со следующими характеристиками: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Характеристика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Кадастровый номер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[кадастровый номер по выписке из ЕГРН]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Адрес (местоположение)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или описание местоположения по ЕГРН]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Площадь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[площадь]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кв. м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Категория земель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[категория по ЕГРН, например «земли населённых пунктов»]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Вид разрешённого использования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[вид разрешённого использования по ЕГРН]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Участок принадлежит Арендодателю на праве собственности, о чём в Едином государственном реестре недвижимости сделана запись регистрации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что подтверждается выпиской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выписки]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Арендатор использует Участок для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[цель использования, например «выращивания овощей и плодово-ягодных культур для собственных нужд»]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соответствии с его категорией и видом разрешённого использования.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Участке расположены: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строений, сооружений, насаждений или «здания и сооружения отсутствуют»]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Строения в аренду не передаются, если иное не указано в настоящем пункте.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Арендодатель заверяет, что Участок не продан, не заложен, под арестом не состоит, в споре не находится, правами третьих лиц не обременён, кроме ограничений, сведения о которых содержатся в ЕГРН.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Срок аренды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Договор заключён на срок 11 (одиннадцать) месяцев: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включительно.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по окончании срока Арендатор продолжает пользоваться Участком при отсутствии письменных возражений Арендодателя, договор считается возобновлённым на тех же условиях на неопределённый срок (п. 2 ст. 621 ГК РФ). В этом случае каждая из Сторон вправе отказаться от договора, письменно предупредив другую Сторону за 3 (три) месяца (п. 2 ст. 610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Арендатор, надлежащим образом исполнявший свои обязанности, имеет преимущественное право на заключение договора на новый срок (п. 1 ст. 621 ГК РФ).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Арендная плата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Арендная плата составляет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месяц.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Арендная плата вносится ежемесячно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числа текущего месяца наличными под расписку Арендодателя или переводом на банковский счёт Арендодателя: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[реквизиты счёта или номер телефона для перевода]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В назначении платежа указывается: «Арендная плата по договору аренды земельного участка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[месяц]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Расходы на электроэнергию и воду, потреблённые Арендатором на Участке, оплачиваются Арендатором сверх арендной платы по показаниям приборов учёта.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Земельный налог уплачивает Арендодатель как собственник Участка.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Размер арендной платы может быть изменён по соглашению Сторон не чаще одного раза в год.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Права и обязанности Арендодателя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Арендодатель обязан: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передать Участок по акту приёма-передачи в день подписания договора в состоянии, пригодном для использования по назначению;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вмешиваться в хозяйственную деятельность Арендатора, если она не нарушает условия договора и закон;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письменно уведомить Арендатора о продаже Участка или иной смене собственника. Смена собственника не является основанием для изменения или расторжения договора (п. 1 ст. 617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Арендодатель вправе осматривать Участок с предварительным уведомлением Арендатора не позднее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[2]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Права и обязанности Арендатора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Арендатор обязан: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использовать Участок только в соответствии с целевым назначением, видом разрешённого использования и п. 1.3 договора;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допускать загрязнения, захламления, деградации и ухудшения плодородия почв, соблюдать требования пожарной безопасности, своевременно скашивать сорную растительность;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своевременно вносить арендную плату;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возводить на Участке капитальные строения, не вырубать деревья и не изменять рельеф без письменного согласия Арендодателя;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передавать Участок в субаренду и не передавать свои права по договору третьим лицам без письменного согласия Арендодателя;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окончании аренды вернуть Участок по акту в состоянии не хуже первоначального, освободив его от имущества Арендатора и мусора.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Арендатор вправе: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собственными силами возводить на Участке некапитальные постройки (теплицы, навесы, хозяйственные блоки) и вывезти их по окончании аренды;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собирать и оставлять в собственности выращенный урожай и полученную продукцию (ст. 606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Стоимость неотделимых улучшений, произведённых без письменного согласия Арендодателя, возмещению не подлежит (п. 3 ст. 623 ГК РФ).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Ответственность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 просрочку внесения арендной платы Арендатор уплачивает неустойку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[0,1]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от суммы долга за каждый день просрочки.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Арендатор возмещает Арендодателю убытки, причинённые ухудшением состояния Участка, а также штрафы, наложенные на Арендодателя за нарушения земельного законодательства, допущенные Арендатором в период аренды.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невозврате Участка в срок Арендатор вносит арендную плату за всё время просрочки (ст. 622 ГК РФ).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Расторжение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может быть расторгнут по соглашению Сторон.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Арендодатель вправе отказаться от договора в одностороннем порядке, письменно уведомив Арендатора не менее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[30]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дней, если Арендатор: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более двух раз подряд не вносит арендную плату в установленный срок;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использует Участок не по целевому назначению или с нарушением вида разрешённого использования;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существенно ухудшает состояние Участка;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передал Участок третьим лицам без согласия Арендодателя.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прекращается по истечении срока, указанного в п. 2.1, если ни одна из Сторон не продолжает его исполнение на условиях п. 2.2.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вступает в силу с момента подписания и действует в течение срока, указанного в разделе 2. Договор заключён на срок менее года и государственной регистрации не подлежит (п. 2 ст. 26 Земельного кодекса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 разрешаются путём переговоров, а при недостижении согласия — в суде по месту нахождения Участка.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Неотъемлемой частью договора являются: акт приёма-передачи Участка; копия выписки из ЕГРН на Участок.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имеющих одинаковую юридическую силу, по одному для каждой из Сторон.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9. Адреса, контакты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Арендодатель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Арендатор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[серия, номер]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[серия, 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для корреспонденции]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для корреспонденции]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Если в браке участок приобретён на общие деньги, приложите письменное согласие супруга арендодателя на сдачу участка в аренду. Перед подписанием закажите свежую выписку из ЕГРН и сверьте кадастровый номер, собственника и отсутствие арестов.</w:t>
      </w:r>
    </w:p>
    <w:p>
      <w:pPr>
        <w:keepNext/>
        <w:pageBreakBefore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Акт приёма-передачи земельного участка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к договору аренды от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[дата]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[населённый пункт]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арендодателя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(«Арендодатель») передал(а), 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арендатора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(«Арендатор») принял(а) во временное владение и пользование земельный участок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расположенный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или местоположение]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Участок осмотрен Сторонами на местности, границы и межевые знаки показаны Арендатору.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Состояние Участка: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[описание: например, «участок огорожен, разработан под огород, захламления нет»]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Участке находятся: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[строения, насаждения, ёмкости, колодец, ворота или «отсутствуют»]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Арендатору переданы ключи от калитки (ворот):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шт.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Участок передан в состоянии, пригодном для использования в соответствии с договором. Претензий Стороны друг к другу не имеют.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Передал — Арендодатель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Принял — Арендатор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земельного участка между физлицами на 11 месяцев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