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возмездного оказания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обязуется по заданию Заказчика оказать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[подробное описание услуг: вид, объём, место 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«Услуги»), а Заказчик обязуется принять и оплатить Услуги в порядке и сроки, установленные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Перечень, объём и требования к Услугам, если они не умещаются в п. 1.1, указываются в Техническом задании (Приложение № 1), которое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Услуги лично. Привлечение третьих лиц допускается только с письменного согласия Заказчика; за действия привлечённых лиц Исполнитель отвечает как за свои собственные.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Сроки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Начало оказания Услуг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Окончание оказания Услуг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оказать Услуги досрочно, если Заказчик не возражает.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Стоимость включает все расходы Исполнителя, связанные с оказанием Услуг, и все налоги, подлежащие уплате Исполнителем, в том числе НДС, если Исполнитель является его плательщиком.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перечисляет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или процент от стоимости]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договора на основании счёта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Оставшуюся часть стоимости Заказчик оплачивает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Сторонами акта об оказании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переводом на расчётный счёт Исполнителя, указанный в разделе 10. Обязанность Заказчика по оплате считается исполненной в день списания денежных средств с его счёта.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оказать Услуги качественно, в объёме и в сроки, предусмотренные договором и Техническим заданием;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запросу Заказчика сообщать о ходе оказания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письменно предупредить Заказчика об обстоятельствах, которые могут повлиять на качество или сроки оказания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передавать третьим лицам информацию, полученную от Заказчика в связи с исполнением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оказания Услуг передать Заказчику акт об оказании услуг и документы, полученные или созданные при оказании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предоставить Исполнителю информацию, документы и доступ, необходимые для оказания Услуг,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и оплатить Услуги в порядке, установленном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проверять ход и качество оказания Услуг, не вмешиваясь в деятельность Исполнителя.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Порядок сдачи и приёмки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окончания оказания Услуг Исполнитель направляет Заказчику подписанный со своей стороны акт об оказании услуг в двух экземплярах.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акта подписывает его либо направляет Исполнителю мотивированный письменный отказ с перечнем замечаний.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Замечания Заказчика Исполнитель устраняет за свой счёт в согласованный Сторонами срок, после чего акт подписывается повторно.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срок, указанный в п. 5.2, Заказчик не подписал акт и не направил мотивированный отказ, Услуги считаются принятыми без замечаний.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сроков оказания Услуг Исполнитель уплачивает Заказчику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[размер, например 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стоимости Услуг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[размер, например 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стоимости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сроков оплаты Заказчик уплачивает Исполнителю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[размер, например 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[размер, например 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Стороны от исполнения обязательств и от возмещения убытков в части, не покрытой неустойкой.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освобождаются от ответственности, если неисполнение обязательств вызвано обстоятельствами непреодолимой силы (п. 3 ст. 401 ГК РФ). Сторона, для которой они наступили, письменно уведомляет об этом другую Сторону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оформлены письменно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исполнения договора при условии оплаты Исполнителю фактически понесённых им расходов (п. 1 ст. 782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исполнения договора лишь при условии полного возмещения Заказчику убытков (п. 2 ст. 782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отказывающаяся от договора, направляет другой Стороне письменное уведомление. Договор считается расторгнутым с момента получения уведомления, если в нём не указана более поздняя дата.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Порядок разрешения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решаются путём переговоров. До обращения в суд Сторона направляет другой Стороне письменную претензию.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 Арбитражный суд города … или суд по месту нахождения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Юридически значимые сообщения направляются по адресам, указанным в разделе 10, заказным письмом с уведомлением о вручении или по электронной почте с адресов, указанных в разделе 10. Сообщение, направленное по электронной почте, считается полученным в день его отправки.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1. Техническое задание.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2. Форма акта об оказании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/ ФИО ИП]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/ ФИО 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возмездного оказания услуг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об оказании услуг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по договору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«Заказчик»,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именуемое «Исполнитель», составили настоящий акт о том, что Исполнитель оказал, а Заказчик принял следующие Услуги: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129"/>
        <w:gridCol w:w="3387"/>
        <w:gridCol w:w="2419"/>
        <w:gridCol w:w="2419"/>
      </w:tblGrid>
      <w:tr>
        <w:trPr>
          <w:cantSplit/>
        </w:trPr>
        <w:tc>
          <w:tcPr>
            <w:tcW w:type="dxa" w:w="11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3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услуги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 оказания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11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3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услуги]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 … по …]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1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3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услуги]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 … по …]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12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38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41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4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оказаны в полном объёме, в установленные сроки и с надлежащим качеством. Заказчик претензий по объёму, качеству и срокам оказания Услуг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стоимость оказанных Услуг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между организациями и ИП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