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комиссии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реализацию товара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 заключения договора]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комитента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ОГРН/ОГРНИП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[устава, доверенности от … № …]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«Комитент»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комиссионера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ОГРН/ОГРНИП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[устава, доверенности от … № …]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«Комиссионер»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Комиссионер обязуется по поручению Комитента за вознаграждение совершить от своего имени, но за счёт Комитента сделки по продаже товара Комитента (далее — «Товар») третьим лицам (покупателям).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Наименование, количество, ассортимент и минимальная цена продажи Товара указываются в актах приёма-передачи Товара, которые являются неотъемлемой частью договора. Форма акта — Приложение № 1.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Права и обязанности по сделкам с покупателями приобретает Комиссионер. Товар до его передачи покупателю остаётся собственностью Комитента (ст. 996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Комиссионер продаёт Товар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продажи: адрес магазина, склада или наименование интернет-площадки]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Передача Товара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Комитент передаёт Товар Комиссионеру по акту приёма-передачи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передачи Товара]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момента подписания договора. Последующие партии передаются по отдельным актам.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приёмке Комиссионер проверяет количество, ассортимент и внешний вид Товара. Обнаруженные расхождения и видимые недостатки отражаются в акте.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с Товаром Комитент передаёт документы, необходимые для его продажи: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[сертификаты или декларации соответствия, технические паспорта, инструкции на русском языке, сведения о маркировке]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Цена продажи и вознаграждение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Комиссионер продаёт Товар по цене не ниже минимальной, указанной в акте приёма-передачи. Продажа по более низкой цене допускается только с письменного согласия Комитента.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Комиссионер продал Товар дороже минимальной цены, дополнительная выгода делится между Сторонами поровну (ст. 992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Вознаграждение Комиссионера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% от цены проданного Товара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(без учёта дополнительной выгоды по п. 3.2). Вознаграждение включает все расходы Комиссионера на хранение, предпродажную подготовку, рекламу и продажу Товара, а также НДС, если Комиссионер является его плательщиком.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Комиссионер удерживает вознаграждение из денежных средств, полученных от покупателей (ст. 997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Обязанности Комиссионера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Комиссионер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продавать Товар на наиболее выгодных для Комитента условиях;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сохранность Товара с момента его получения и до передачи покупателю или возврата Комитенту;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передавать Товар третьим лицам на комиссию без письменного согласия Комитента;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при продаже требования законодательства о защите прав потребителей, о маркировке и применении контрольно-кассовой техники;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требованию Комитента сообщать сведения о ходе продажи и остатках Товара;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немедленно письменно сообщить Комитенту о неисполнении покупателем сделки и собрать необходимые доказательства (ст. 993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Комиссионер отвечает перед Комитентом за утрату, недостачу и повреждение Товара, находящегося у него (ст. 998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Комиссионер не отвечает за исполнение сделки покупателем, за исключением случаев, когда он не проявил необходимой осмотрительности при выборе покупателя.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Обязанности Комитента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Комитент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Товар надлежащего качества, в комплектности и с документами, указанными в п. 2.3;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от Комиссионера отчёт и всё исполненное по договору;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рассматривать претензии покупателей о качестве Товара и возмещать Комиссионеру суммы, возвращённые покупателям за Товар ненадлежащего качества;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распорядиться Товаром, возвращённым Комиссионером, или забрать нереализованный Товар по окончании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Отчёт и расчёты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Комиссионер ежемесячно,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месяца, следующего за отчётным, направляет Комитенту отчёт комиссионера (Приложение № 2) с перечнем проданного Товара, цены продажи, суммы вознаграждения и остатков Товара.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Комитент вправе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со дня получения отчёта направить мотивированные возражения. Если возражения не направлены, отчёт считается принятым (ст. 999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средства, полученные от покупателей, за вычетом вознаграждения Комиссионер перечисляет Комитенту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утверждения отчёта на расчётный счёт, указанный в разделе 10.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Возврат нереализованного Товара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Товар, не проданный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 даты его передачи, Комиссионер возвращает Комитенту по акту либо, по письменному согласованию Сторон, продаёт по новой минимальной цене.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Возврат Товара производится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возврата Товара]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Расходы на доставку возвращаемого Товара несёт Комитент.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нарушение срока перечисления денежных средств Комиссионер уплачивает Комитенту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[размер, например 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неперечисленной суммы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продаже Товара ниже минимальной цены без согласия Комитента Комиссионер возмещает Комитенту разницу в цене (п. 2 ст. 995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Стоимость утраченного или повреждённого Товара возмещается Комиссионером по минимальной цене продажи, указанной в акте приёма-передачи.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Срок действия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вступает в силу с момента подписания и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Комитент вправе в любое время отказаться от договора, уведомив об этом Комиссионера письменно. В этом случае Комитент выплачивает вознаграждение по сделкам, совершённым до прекращения договора, и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забирает нереализованный Товар (ст. 1003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Споры решаются путём переговоров и с соблюдением претензионного порядка (срок ответа на претензию — 10 календарных дней), а при недостижении согласия —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 Арбитражный суд … по месту нахождения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 к договору: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1. Форма акта приёма-передачи Товара.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2. Форма отчёта комиссионера.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Комитент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Комиссионер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/ ФИО ИП]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/ ФИО ИП]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ОГРН/ОГРНИП: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ОГРН/ОГРНИП: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 (при наличии)</w:t>
            </w:r>
          </w:p>
        </w:tc>
      </w:tr>
    </w:tbl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1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договору комиссии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приёма-передачи товара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комиссию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Комитент передал, а Комиссионер принял для реализации следующий Товар: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08"/>
        <w:gridCol w:w="2656"/>
        <w:gridCol w:w="1270"/>
        <w:gridCol w:w="3349"/>
        <w:gridCol w:w="1270"/>
      </w:tblGrid>
      <w:tr>
        <w:trPr>
          <w:cantSplit/>
        </w:trPr>
        <w:tc>
          <w:tcPr>
            <w:tcW w:type="dxa" w:w="8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6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товара</w:t>
            </w:r>
          </w:p>
        </w:tc>
        <w:tc>
          <w:tcPr>
            <w:tcW w:type="dxa" w:w="12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Кол-во, шт.</w:t>
            </w:r>
          </w:p>
        </w:tc>
        <w:tc>
          <w:tcPr>
            <w:tcW w:type="dxa" w:w="33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Минимальная цена за ед., руб.</w:t>
            </w:r>
          </w:p>
        </w:tc>
        <w:tc>
          <w:tcPr>
            <w:tcW w:type="dxa" w:w="12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8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6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артикул]</w:t>
            </w:r>
          </w:p>
        </w:tc>
        <w:tc>
          <w:tcPr>
            <w:tcW w:type="dxa" w:w="12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33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2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8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6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артикул]</w:t>
            </w:r>
          </w:p>
        </w:tc>
        <w:tc>
          <w:tcPr>
            <w:tcW w:type="dxa" w:w="12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33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2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808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65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127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334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27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Товар передан в надлежащем состоянии. Замечания: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[замечания по количеству и внешнему виду или «нет»]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Комитент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Комиссионер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2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договору комиссии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Отчёт комиссионера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за период с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[дату]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11"/>
        <w:gridCol w:w="2338"/>
        <w:gridCol w:w="1220"/>
        <w:gridCol w:w="1830"/>
        <w:gridCol w:w="2033"/>
        <w:gridCol w:w="1220"/>
      </w:tblGrid>
      <w:tr>
        <w:trPr>
          <w:cantSplit/>
        </w:trPr>
        <w:tc>
          <w:tcPr>
            <w:tcW w:type="dxa" w:w="71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3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товара</w:t>
            </w:r>
          </w:p>
        </w:tc>
        <w:tc>
          <w:tcPr>
            <w:tcW w:type="dxa" w:w="12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Продано, шт.</w:t>
            </w:r>
          </w:p>
        </w:tc>
        <w:tc>
          <w:tcPr>
            <w:tcW w:type="dxa" w:w="18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Цена продажи, руб.</w:t>
            </w:r>
          </w:p>
        </w:tc>
        <w:tc>
          <w:tcPr>
            <w:tcW w:type="dxa" w:w="20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Вознаграждение, руб.</w:t>
            </w:r>
          </w:p>
        </w:tc>
        <w:tc>
          <w:tcPr>
            <w:tcW w:type="dxa" w:w="12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Остаток, шт.</w:t>
            </w:r>
          </w:p>
        </w:tc>
      </w:tr>
      <w:tr>
        <w:trPr>
          <w:cantSplit/>
        </w:trPr>
        <w:tc>
          <w:tcPr>
            <w:tcW w:type="dxa" w:w="71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3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артикул]</w:t>
            </w:r>
          </w:p>
        </w:tc>
        <w:tc>
          <w:tcPr>
            <w:tcW w:type="dxa" w:w="12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8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20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2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</w:tr>
      <w:tr>
        <w:trPr>
          <w:cantSplit/>
        </w:trPr>
        <w:tc>
          <w:tcPr>
            <w:tcW w:type="dxa" w:w="71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33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122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8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203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22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[кол-во]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перечислению Комитенту: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Комиссионер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Отчёт принял Комитент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на реализацию товара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