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[Полное наименование работодателя, например: Общество с ограниченной ответственностью «Альфа»]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Приказ № [номер]-к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прекращении (расторжении) трудового договора с работником (увольнении)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издания приказа]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ПРИКАЗЫВАЮ: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Прекратить действие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заключения трудового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трудового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уволить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увольнения — последний день работы]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088"/>
        <w:gridCol w:w="635"/>
        <w:gridCol w:w="3088"/>
        <w:gridCol w:w="2543"/>
      </w:tblGrid>
      <w:tr>
        <w:trPr>
          <w:cantSplit/>
        </w:trPr>
        <w:tc>
          <w:tcPr>
            <w:tcW w:type="dxa" w:w="308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Работник</w:t>
            </w:r>
          </w:p>
        </w:tc>
        <w:tc>
          <w:tcPr>
            <w:tcW w:type="dxa" w:w="6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Таб. №</w:t>
            </w:r>
          </w:p>
        </w:tc>
        <w:tc>
          <w:tcPr>
            <w:tcW w:type="dxa" w:w="308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Должность</w:t>
            </w:r>
          </w:p>
        </w:tc>
        <w:tc>
          <w:tcPr>
            <w:tcW w:type="dxa" w:w="254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Структурное подразделение</w:t>
            </w:r>
          </w:p>
        </w:tc>
      </w:tr>
      <w:tr>
        <w:trPr>
          <w:cantSplit/>
        </w:trPr>
        <w:tc>
          <w:tcPr>
            <w:tcW w:type="dxa" w:w="308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[фамилия, имя, отчество полностью]</w:t>
            </w:r>
          </w:p>
        </w:tc>
        <w:tc>
          <w:tcPr>
            <w:tcW w:type="dxa" w:w="63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308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по штатному расписанию]</w:t>
            </w:r>
          </w:p>
        </w:tc>
        <w:tc>
          <w:tcPr>
            <w:tcW w:type="dxa" w:w="254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подразделения]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Основание прекращения трудового договора: трудовой договор расторгнут по инициативе работника, пункт 3 части первой статьи 77 Трудового кодекса Российской Федерации.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Главному бухгалтеру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день увольнения произвести с работником окончательный расчёт в соответствии со статьёй 140 Трудового кодекса Российской Федерации, в том числе выплатить: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заработную плату за фактически отработанное время по день увольнения включительно;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денежную компенсацию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неиспользованного ежегодного оплачиваемого отпуска (статья 127 Трудового кодекса Российской Федерации).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работника, отвечающего за кадровый учёт]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день увольнения: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ознакомить работника с настоящим приказом под подпись;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выдать работнику трудовую книжку с внесённой записью об увольнении (если она ведётся на бумаге) и сведения о трудовой деятельности по форме СТД-Р;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выдать справку о сумме заработной платы и иных выплат за два календарных года, предшествующих году прекращения работы, и за текущий календарный год, а также иные документы, связанные с работой, по письменному заявлению работника;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позднее рабочего дня, следующего за днём издания настоящего приказа, представить в Социальный фонд России сведения о трудовой деятельности работника (форма ЕФС-1).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Контроль за исполнением настоящего приказа оставляю за собой.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Основание: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заявление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 инициалы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 увольнении по собственному желанию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заявления]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вх.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[Должность руководителя]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 приказом ознакомлен(а):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4188"/>
        <w:gridCol w:w="1535"/>
        <w:gridCol w:w="3630"/>
      </w:tblGrid>
      <w:tr>
        <w:trPr>
          <w:cantSplit/>
        </w:trPr>
        <w:tc>
          <w:tcPr>
            <w:tcW w:type="dxa" w:w="418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Работник</w:t>
            </w:r>
          </w:p>
        </w:tc>
        <w:tc>
          <w:tcPr>
            <w:tcW w:type="dxa" w:w="15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36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</w:tr>
      <w:tr>
        <w:trPr>
          <w:cantSplit/>
        </w:trPr>
        <w:tc>
          <w:tcPr>
            <w:tcW w:type="dxa" w:w="418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 инициалы работника]</w:t>
            </w:r>
          </w:p>
        </w:tc>
        <w:tc>
          <w:tcPr>
            <w:tcW w:type="dxa" w:w="153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</w:t>
            </w:r>
          </w:p>
        </w:tc>
        <w:tc>
          <w:tcPr>
            <w:tcW w:type="dxa" w:w="363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работник отказался расписаться или его нет на работе в день увольнения, сделайте на приказе запись: «Работник от ознакомления с приказом под подпись отказался» или «Ознакомить работника с приказом невозможно в связи с его отсутствием на работе», поставьте дату, должность и подпись составившего запись (ч. 2 ст. 84.1 ТК РФ). При увольнении по другому основанию замените пункт 2 формулировкой из ТК РФ дословно, со ссылкой на статью, часть и пункт.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увольнении по собственному желанию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