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[структурное подразделение]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работодателя]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Уведомление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предстоящем увольнении в связи с сокращением штата работников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Уважаемый(ая)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[имя и отчество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!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Приказом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приказа]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приказа]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принято решение о сокращении штата работников.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вступления в силу нового штатного расписания]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из штатного расписания исключается занимаемая Вами должность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соответствии с частью второй статьи 180 Трудового кодекса Российской Федерации предупреждаем Вас, что трудовой договор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трудового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будет расторгнут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[дата увольнения — не ранее чем через два месяца со дня вручения уведомления]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г.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связи с сокращением штата работников организации по пункту 2 части первой статьи 81 Трудового кодекса Российской Федерации.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соответствии с частью третьей статьи 81 Трудового кодекса Российской Федерации предлагаем Вам перевод на одну из следующих вакантных должностей, имеющихся у работодателя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[населённый пункт]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которые Вы можете занимать с учётом квалификации и состояния здоровья: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963"/>
        <w:gridCol w:w="3301"/>
        <w:gridCol w:w="963"/>
        <w:gridCol w:w="1513"/>
        <w:gridCol w:w="2613"/>
      </w:tblGrid>
      <w:tr>
        <w:trPr>
          <w:cantSplit/>
        </w:trPr>
        <w:tc>
          <w:tcPr>
            <w:tcW w:type="dxa" w:w="9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330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Должность</w:t>
            </w:r>
          </w:p>
        </w:tc>
        <w:tc>
          <w:tcPr>
            <w:tcW w:type="dxa" w:w="9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Отдел</w:t>
            </w:r>
          </w:p>
        </w:tc>
        <w:tc>
          <w:tcPr>
            <w:tcW w:type="dxa" w:w="15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Оклад, руб.</w:t>
            </w:r>
          </w:p>
        </w:tc>
        <w:tc>
          <w:tcPr>
            <w:tcW w:type="dxa" w:w="261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Требования</w:t>
            </w:r>
          </w:p>
        </w:tc>
      </w:tr>
      <w:tr>
        <w:trPr>
          <w:cantSplit/>
        </w:trPr>
        <w:tc>
          <w:tcPr>
            <w:tcW w:type="dxa" w:w="9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330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должности]</w:t>
            </w:r>
          </w:p>
        </w:tc>
        <w:tc>
          <w:tcPr>
            <w:tcW w:type="dxa" w:w="9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[отдел]</w:t>
            </w:r>
          </w:p>
        </w:tc>
        <w:tc>
          <w:tcPr>
            <w:tcW w:type="dxa" w:w="15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261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[образование, опыт]</w:t>
            </w:r>
          </w:p>
        </w:tc>
      </w:tr>
      <w:tr>
        <w:trPr>
          <w:cantSplit/>
        </w:trPr>
        <w:tc>
          <w:tcPr>
            <w:tcW w:type="dxa" w:w="96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330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должности]</w:t>
            </w:r>
          </w:p>
        </w:tc>
        <w:tc>
          <w:tcPr>
            <w:tcW w:type="dxa" w:w="96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[отдел]</w:t>
            </w:r>
          </w:p>
        </w:tc>
        <w:tc>
          <w:tcPr>
            <w:tcW w:type="dxa" w:w="151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261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[образование, опыт]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 согласии на перевод просим сообщить письменно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[кадровую службу]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со дня получения настоящего уведомления. Вакансии, которые появятся до дня увольнения, будут предложены Вам дополнительно.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Вашего письменного согласия трудовой договор может быть расторгнут до истечения срока предупреждения. В этом случае Вам будет выплачена дополнительная компенсация в размере среднего заработка, исчисленного пропорционально времени, оставшемуся до истечения срока предупреждения (часть третья статьи 180 Трудового кодекса Российской Федерации).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увольнении Вам будут выплачены заработная плата по день увольнения, компенсация за неиспользованный отпуск и выходное пособие в размере среднего месячного заработка. За Вами также сохраняется средний месячный заработок на период трудоустройства, но не свыше двух месяцев со дня увольнения с зачётом выходного пособия, а в исключительных случаях по решению органа службы занятости — за третий месяц, если Вы обратитесь в этот орган в течение 14 рабочих дней после увольнения и не будете им трудоустроены (статья 178 Трудового кодекса Российской Федерации).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[Должность руководителя]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М. П. (при наличии)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Вручите уведомление лично под подпись не позднее чем за два месяца до даты увольнения и не забудьте в те же сроки письменно уведомить службу занятости (ч. 4 ст. 53 Федерального закона № 565-ФЗ), а при наличии профсоюза — его выборный орган (ст. 82 ТК РФ). Если подходящих вакансий нет, замените пункт 3 фразой: «Вакантные должности, которые Вы могли бы занимать с учётом квалификации и состояния здоровья, на дату уведомления отсутствуют».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Отметка о вручении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Уведомление получил(а), второй экземпляр на руки получил(а):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4188"/>
        <w:gridCol w:w="1535"/>
        <w:gridCol w:w="3630"/>
      </w:tblGrid>
      <w:tr>
        <w:trPr>
          <w:cantSplit/>
        </w:trPr>
        <w:tc>
          <w:tcPr>
            <w:tcW w:type="dxa" w:w="418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Работник</w:t>
            </w:r>
          </w:p>
        </w:tc>
        <w:tc>
          <w:tcPr>
            <w:tcW w:type="dxa" w:w="153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  <w:tc>
          <w:tcPr>
            <w:tcW w:type="dxa" w:w="36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 получения</w:t>
            </w:r>
          </w:p>
        </w:tc>
      </w:tr>
      <w:tr>
        <w:trPr>
          <w:cantSplit/>
        </w:trPr>
        <w:tc>
          <w:tcPr>
            <w:tcW w:type="dxa" w:w="418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 инициалы работника]</w:t>
            </w:r>
          </w:p>
        </w:tc>
        <w:tc>
          <w:tcPr>
            <w:tcW w:type="dxa" w:w="153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</w:t>
            </w:r>
          </w:p>
        </w:tc>
        <w:tc>
          <w:tcPr>
            <w:tcW w:type="dxa" w:w="363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___________ 20___ г.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предстоящем увольнении в связи с сокращением штата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