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 премировании работников по итогам работы за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[месяц, год]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со статьями 135 и 191 Трудового кодекса Российской Федерации, Положением о премировании работников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утверждённым приказом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Положение), по итогам работы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выполнение установленных показателей премирования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ежемесячную премию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следующим работникам в размерах, указанных в таблице: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98"/>
        <w:gridCol w:w="2623"/>
        <w:gridCol w:w="2395"/>
        <w:gridCol w:w="2167"/>
        <w:gridCol w:w="1369"/>
      </w:tblGrid>
      <w:tr>
        <w:trPr>
          <w:cantSplit/>
        </w:trPr>
        <w:tc>
          <w:tcPr>
            <w:tcW w:type="dxa" w:w="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работника полностью</w:t>
            </w:r>
          </w:p>
        </w:tc>
        <w:tc>
          <w:tcPr>
            <w:tcW w:type="dxa" w:w="23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21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13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Премия, руб.</w:t>
            </w:r>
          </w:p>
        </w:tc>
      </w:tr>
      <w:tr>
        <w:trPr>
          <w:cantSplit/>
        </w:trPr>
        <w:tc>
          <w:tcPr>
            <w:tcW w:type="dxa" w:w="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3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работника]</w:t>
            </w:r>
          </w:p>
        </w:tc>
        <w:tc>
          <w:tcPr>
            <w:tcW w:type="dxa" w:w="21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[план продаж 112 %]</w:t>
            </w:r>
          </w:p>
        </w:tc>
        <w:tc>
          <w:tcPr>
            <w:tcW w:type="dxa" w:w="13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3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работника]</w:t>
            </w:r>
          </w:p>
        </w:tc>
        <w:tc>
          <w:tcPr>
            <w:tcW w:type="dxa" w:w="21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[показатель]</w:t>
            </w:r>
          </w:p>
        </w:tc>
        <w:tc>
          <w:tcPr>
            <w:tcW w:type="dxa" w:w="13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2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3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работника]</w:t>
            </w:r>
          </w:p>
        </w:tc>
        <w:tc>
          <w:tcPr>
            <w:tcW w:type="dxa" w:w="21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[показатель]</w:t>
            </w:r>
          </w:p>
        </w:tc>
        <w:tc>
          <w:tcPr>
            <w:tcW w:type="dxa" w:w="13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9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39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16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премии определён в соответствии с разделом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Положения. Премия входит в систему оплаты труда и учитывается при расчёте среднего заработка.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начислить премию и выплатить её вместе с заработной платой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срок, установленный Правилами внутреннего трудового распорядка, с удержанием налога на доходы физических лиц.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ознакомить работников, указанных в пункте 1, с настоящим приказом под подпись.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служебная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руководителя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 выполнении показателей премирования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5019"/>
        <w:gridCol w:w="2738"/>
        <w:gridCol w:w="1597"/>
      </w:tblGrid>
      <w:tr>
        <w:trPr>
          <w:cantSplit/>
        </w:trPr>
        <w:tc>
          <w:tcPr>
            <w:tcW w:type="dxa" w:w="50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работника</w:t>
            </w:r>
          </w:p>
        </w:tc>
        <w:tc>
          <w:tcPr>
            <w:tcW w:type="dxa" w:w="27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15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50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7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5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50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7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5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502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73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59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Работнику с дисциплинарным взысканием премию можно снизить только по условиям Положения и не более чем на 20 % месячной зарплаты (ч. 3 ст. 135 ТК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премировании работников по итогам работы за месяц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