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табельный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выплате единовременной материальной помощи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оказать мне единовременную материальную помощь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[обстоятельство и его дата, например: рождением дочери Анны 12.09.2026 г.]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соответствии с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локального акта, например: Положения о материальной помощи работникам ООО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Указанное событие подтверждается документами, копии которых прилагаю.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Прошу перечислить материальную помощь на банковскую карту, на которую мне выплачивается заработная плата.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Помощь при рождении ребёнка не облагается НДФЛ и взносами в пределах 1 млн ₽ на каждого ребёнка, только если выплачена в течение первого года после рождения. Подавайте заявление сразу и приложите копию свидетельства о рождении.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подтверждающего документа, например: свидетельства о рождении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второго документа, если есть]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Выплатить в размере ___________ руб.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9355"/>
      </w:tblGrid>
      <w:tr>
        <w:trPr>
          <w:cantSplit/>
        </w:trPr>
        <w:tc>
          <w:tcPr>
            <w:tcW w:type="dxa" w:w="935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935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сотрудника кадровой службы]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выплате единовременной материальной помощи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