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организации, например: Общество с ограниченной ответственностью «Альфа»]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ежегодного оплачиваемого отпуска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-о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статьями 114, 115 и 123 Трудового кодекса Российской Федерации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Предоставить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ежегодный основной оплачиваемый отпуск за период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продолжительностью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календарных дней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главного бухгалтера]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начислить и выплатить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оплату отпуска исходя из среднего заработка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не позднее чем за 3 дня до начала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внести сведения об отпуске в личную карточку работника и табель учёта рабочего времени.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Отпускные нужно выплатить не позднее чем за 3 календарных дня до начала отпуска, а работника известить о начале отпуска под подпись не позднее чем за 2 недели. Праздничные дни внутри отпуска в его продолжительность не входят: проверьте дату окончания по производственному календарю.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[документ-основание, например: график отпусков на 2026 год, утверждённый приказом от 15.12.2025 № 112]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772"/>
        <w:gridCol w:w="1659"/>
        <w:gridCol w:w="3923"/>
      </w:tblGrid>
      <w:tr>
        <w:trPr>
          <w:cantSplit/>
        </w:trPr>
        <w:tc>
          <w:tcPr>
            <w:tcW w:type="dxa" w:w="377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  <w:tc>
          <w:tcPr>
            <w:tcW w:type="dxa" w:w="166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9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377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 работника]</w:t>
            </w:r>
          </w:p>
        </w:tc>
        <w:tc>
          <w:tcPr>
            <w:tcW w:type="dxa" w:w="166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392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ежегодного оплачиваемого отпуска работнику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