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УТВЕРЖДАЮ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руководителя, например: Генеральный директор]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организации, например: ООО «Альфа»]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Должностная инструкция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[наименование должности по штатному расписанию, например: менеджера по продажам]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Общие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Настоящая должностная инструкция определяет трудовые функции, должностные обязанности, права и ответственность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должности]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работник)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структурного подразделения]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работодатель).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Работник относится к категории специалистов, назначается на должность и освобождается от неё приказом руководителя работодателя.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Работник непосредственно подчиняется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непосредственного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должность назначается лицо, имеющее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[уровень и направление образования, например: высшее образование по направлению «Менеджмент»]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опыт работы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[требование к стажу, например: не менее одного года в сфере продаж]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Работник должен знать: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законодательные и иные нормативные правовые акты, относящиеся к его работе;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локальные нормативные акты работодателя, в том числе правила внутреннего трудового распорядка, положение о защите персональных данных, требования охраны труда и пожарной безопасности;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[специальные знания, например: ассортимент и характеристики продукции, порядок заключения договоров, работу в CRM-системе]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правила деловой переписки и делового общения.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своей деятельности работник руководствуется законодательством Российской Федерации, уставом работодателя, локальными нормативными актами, приказами и распоряжениями руководителя, а также настоящей инструкцией.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время отсутствия работника (отпуск, временная нетрудоспособность и др.) его обязанности исполняет лицо, назначенное приказом руководителя, с его согласия и с оплатой в соответствии с Трудовым кодексом Российской Федерации.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Должностные обязанности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Работник обязан: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[Основная обязанность, например: искать новых клиентов и проводить с ними переговоры]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[Обязанность, например: готовить коммерческие предложения и проекты договоров]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[Обязанность, например: сопровождать сделки до отгрузки и оплаты, контролировать дебиторскую задолженность]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[Обязанность, например: вести учёт клиентов и сделок в CRM-системе]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Готовить и представлять непосредственному руководителю отчёт о выполненной работе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[периодичность, например: еженедельно, до 12:00 понедельника]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Соблюдать правила внутреннего трудового распорядка, требования охраны труда, пожарной безопасности и защиты персональных данных.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Бережно относиться к имуществу работодателя и других работников, незамедлительно сообщать непосредственному руководителю о ситуациях, угрожающих жизни и здоровью людей или сохранности имущества.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2.8.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Выполнять отдельные поручения непосредственного руководителя в пределах трудовой функции, определённой трудовым договором и настоящей инструкцией.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Права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Работник имеет право: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Получать от структурных подразделений работодателя информацию и документы, необходимые для выполнения своих обязанностей.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Вносить руководителю предложения по совершенствованию работы, связанной с его обязанностями.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Подписывать и визировать документы в пределах своей компетенции.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Требовать от работодателя обеспечения организационно-технических условий, необходимых для исполнения обязанностей.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Повышать квалификацию в порядке, установленном работодателем.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Пользоваться иными правами, предусмотренными Трудовым кодексом Российской Федерации и трудовым договором.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Ответственность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Работник несёт ответственность: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 неисполнение или ненадлежащее исполнение своих обязанностей, предусмотренных настоящей инструкцией, — в пределах, установленных трудовым законодательством Российской Федерации.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 причинение материального ущерба работодателю — в пределах, установленных главой 39 Трудового кодекса Российской Федерации.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 правонарушения, совершённые в процессе трудовой деятельности, — в пределах, установленных административным, уголовным и гражданским законодательством Российской Федерации.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 разглашение коммерческой тайны и персональных данных, ставших известными в связи с исполнением трудовых обязанностей.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Взаимодействие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Работник взаимодействует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[подразделения и должности, например: бухгалтерией, складом, юридическим отделом]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вопросам, входящим в его компетенцию.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Работник получает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[какие документы и от кого, например: от склада — сведения об остатках продукции]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передаёт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[какие документы и кому, например: в бухгалтерию — подписанные договоры и акты]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Инструкция составлена в двух экземплярах: один хранится у работодателя, второй выдаётся работнику.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Изменения в инструкцию вносятся приказом руководителя с ознакомлением работника под подпись. Изменения, затрагивающие трудовую функцию, вносятся только с письменного согласия работника.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Работник знакомится с инструкцией под подпись до подписания трудового договора. Работник, принятый до утверждения инструкции, знакомится с ней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со дня её утверждения.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Обязанности в разделе 2 пишите конкретно и проверяемо: только за неисполнение записанных обязанностей можно привлечь работника к ответственности. Требования к образованию и стажу берите из профессионального стандарта или квалификационного справочника.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Лист ознакомления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 должностной инструкцией ознакомлен(а), второй экземпляр получил(а):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2698"/>
        <w:gridCol w:w="1978"/>
        <w:gridCol w:w="4677"/>
      </w:tblGrid>
      <w:tr>
        <w:trPr>
          <w:cantSplit/>
        </w:trPr>
        <w:tc>
          <w:tcPr>
            <w:tcW w:type="dxa" w:w="269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ФИО работника</w:t>
            </w:r>
          </w:p>
        </w:tc>
        <w:tc>
          <w:tcPr>
            <w:tcW w:type="dxa" w:w="197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Подпись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Дата</w:t>
            </w:r>
          </w:p>
        </w:tc>
      </w:tr>
      <w:tr>
        <w:trPr>
          <w:cantSplit/>
        </w:trPr>
        <w:tc>
          <w:tcPr>
            <w:tcW w:type="dxa" w:w="269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работника]</w:t>
            </w:r>
          </w:p>
        </w:tc>
        <w:tc>
          <w:tcPr>
            <w:tcW w:type="dxa" w:w="197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«___» ___________ 20___ г.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работника (универсальный шаблон)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