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застройщика]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долевого строительства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выплате неустойки за нарушение срока передачи объекта долевого строительства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застройщика]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Застройщик) заключён договор участия в долевом строительстве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зарегистрированный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Договору Застройщик обязался построить многоквартирный дом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[строительный 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передать мне объект долевого строительства: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 проекту]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проектной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(далее — Квартира).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Договора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Свои обязательства по оплате я исполнил(а)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номер и дата платёжного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Застройщик обязан передать мне Квартиру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Квартира передана по передаточному акту только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подписания акта]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Таким образом, срок передачи нарушен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2 статьи 6 Федерального закона от 30.12.2004 № 214-ФЗ «Об участии в долевом строительстве многоквартирных домов и иных объектов недвижимости…» (далее — Закон № 214-ФЗ) в случае нарушения срока передачи объекта долевого строительства застройщик уплачивает участнику долевого строительства неустойку (пени) в размере одной трёхсотой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просрочки. Если участником долевого строительства является гражданин, неустойка уплачивается в двойном размере.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Ключевая ставка Банка России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— последний день срока передачи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годовых. Период с 22.03.2024 по 31.12.2025 включительно исключён из расчёта в соответствии с постановлением Правительства РФ от 18.03.2024 № 326.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Расчёт неустойки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2078"/>
        <w:gridCol w:w="1559"/>
        <w:gridCol w:w="259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 просрочки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Дни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Ставка, %</w:t>
            </w:r>
          </w:p>
        </w:tc>
        <w:tc>
          <w:tcPr>
            <w:tcW w:type="dxa" w:w="25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Неустойка, руб.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0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 дней]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[ставка]</w:t>
            </w:r>
          </w:p>
        </w:tc>
        <w:tc>
          <w:tcPr>
            <w:tcW w:type="dxa" w:w="25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Неустойка рассчитана по формуле: цена Договора × ключевая ставка × количество дней просрочки × 1/150. Итого её размер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6 и 10 Закона № 214-ФЗ, статьёй 330 Гражданского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мне неустойку за нарушение срока передачи Квартиры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течение 10 (десяти) дней со дня получения настоящей претензии.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требование не будет удовлетворено в указанный срок, я обращусь в суд с иском о взыскании неустойки, компенсации морального вреда (часть 2 статьи 10 Закона № 214-ФЗ), штрафа в размере 5 % от присуждённой суммы (часть 3 статьи 10 Закона № 214-ФЗ), а также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претензию прошу направить по адресу или на адрес электронной почты,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государственной регистрации.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об оплате цены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передаточного акта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долевого строительства]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претензию заказным письмом с описью вложения и уведомлением о вручении на юридический адрес застройщика из ЕГРЮЛ или вручите в офисе под отметку о получении на вашем экземпляре. Если квартира ещё не передана, вместо даты акта укажите дату составления претензии и посчитайте неустойку по эту дату.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выплате неустойки за нарушение срока передачи квартиры по ДДУ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