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приёма-передачи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Мы, нижеподписавшиеся: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составили настоящий акт о нижеследующем: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договором купли-продажи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 и статьёй 556 Гражданского кодекса Российской Федерации Продавец передал, а Покупатель принял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Квартира).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Характеристики Квартиры: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общая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количество комнат: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этаж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собственности Покупателя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Квартира передана в состоянии, пригодном для проживания и соответствующем условиям Договора. Санитарно-техническое, электрическое и иное оборудование исправно. Покупатель осмотрел Квартиру лично, недостатки на момент передачи не выявлены.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Квартирой Продавец передал Покупателю: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ключи от входной двери, комплектов: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ключи (брелоки) от домофона и подъезда: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квитанции об оплате жилищно-коммунальных услуг и взносов на капитальный ремонт за последний оплаченный месяц;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паспорта на установленные приборы учёта.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приборов учёта на дату подписания настоящего акта: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786"/>
        <w:gridCol w:w="2985"/>
        <w:gridCol w:w="3582"/>
      </w:tblGrid>
      <w:tr>
        <w:trPr>
          <w:cantSplit/>
        </w:trPr>
        <w:tc>
          <w:tcPr>
            <w:tcW w:type="dxa" w:w="27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Прибор учёта</w:t>
            </w:r>
          </w:p>
        </w:tc>
        <w:tc>
          <w:tcPr>
            <w:tcW w:type="dxa" w:w="29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Заводской номер</w:t>
            </w:r>
          </w:p>
        </w:tc>
        <w:tc>
          <w:tcPr>
            <w:tcW w:type="dxa" w:w="35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Показания</w:t>
            </w:r>
          </w:p>
        </w:tc>
      </w:tr>
      <w:tr>
        <w:trPr>
          <w:cantSplit/>
        </w:trPr>
        <w:tc>
          <w:tcPr>
            <w:tcW w:type="dxa" w:w="27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Электроэнергия</w:t>
            </w:r>
          </w:p>
        </w:tc>
        <w:tc>
          <w:tcPr>
            <w:tcW w:type="dxa" w:w="29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5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кВт·ч</w:t>
            </w:r>
          </w:p>
        </w:tc>
      </w:tr>
      <w:tr>
        <w:trPr>
          <w:cantSplit/>
        </w:trPr>
        <w:tc>
          <w:tcPr>
            <w:tcW w:type="dxa" w:w="27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Холодная вода</w:t>
            </w:r>
          </w:p>
        </w:tc>
        <w:tc>
          <w:tcPr>
            <w:tcW w:type="dxa" w:w="29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5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куб. м</w:t>
            </w:r>
          </w:p>
        </w:tc>
      </w:tr>
      <w:tr>
        <w:trPr>
          <w:cantSplit/>
        </w:trPr>
        <w:tc>
          <w:tcPr>
            <w:tcW w:type="dxa" w:w="27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Горячая вода</w:t>
            </w:r>
          </w:p>
        </w:tc>
        <w:tc>
          <w:tcPr>
            <w:tcW w:type="dxa" w:w="29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58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куб. м</w:t>
            </w:r>
          </w:p>
        </w:tc>
      </w:tr>
      <w:tr>
        <w:trPr>
          <w:cantSplit/>
        </w:trPr>
        <w:tc>
          <w:tcPr>
            <w:tcW w:type="dxa" w:w="278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Газ</w:t>
            </w:r>
          </w:p>
        </w:tc>
        <w:tc>
          <w:tcPr>
            <w:tcW w:type="dxa" w:w="298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5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куб. м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подтверждает, что на дату подписания настоящего акта задолженность по оплате жилья, коммунальных услуг и взносов на капитальный ремонт по Квартире отсутствует. Коммунальные услуги, потреблённые до показаний, указанных в пункте 5, оплачивает Продавец, а начиная с этих показаний — Покупатель.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подтверждает, что все лица, зарегистрированные в Квартире, сняты с регистрационного учёта, Квартира освобождена от имущества Продавца.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Расчёты по Договору между сторонами произведены полностью. Стороны взаимных претензий по исполнению обязательства передать и принять Квартиру не имеют.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акт составлен в двух экземплярах, имеющих равную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продавца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покупателя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 ________________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Подпись: ________________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при осмотре обнаружены недостатки, вместо последнего предложения пункта 3 перечислите их конкретно: «Выявлены следующие недостатки: …». Подписание акта с перечнем недостатков не лишает покупателя права требовать их устранения или уменьшения цены (п. 2 ст. 556 ГК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квартиры по договору купли-продажи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