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Договор купли-продажи жилого дома с земельным участком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между физическими лицами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 или населённый пункт]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[дата: «__» ________ 2026]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продавца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г.р., паспорт гражданина РФ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СНИЛС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по месту жительства]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именуемый(ая)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«Продавец»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одной стороны, 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покупателя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г.р., паспорт гражданина РФ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СНИЛС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по месту жительства]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именуемый(ая)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«Покупатель»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другой стороны, вместе именуемые «Стороны», заключили настоящий договор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Предмет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Продавец обязуется передать в собственность Покупателя, а Покупатель обязуется принять и оплатить жилой дом (далее — «Дом») и земельный участок, на котором он расположен (далее — «Участок»), вместе именуемые «Объекты».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Характеристики Дома: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Характеристика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Значение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Кадастровый номер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[кадастровый номер дома по выписке из ЕГРН]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Адрес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дома по ЕГРН]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Назначение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жилое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Общая площадь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[площадь]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кв. м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Количество этажей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[количество этажей, в том числе подземных]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Год завершения строительства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[год]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Материал наружных стен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[материал стен по ЕГРН]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Характеристики Участка: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Характеристика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Значение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Кадастровый номер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[кадастровый номер участка по выписке из ЕГРН]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Адрес (местоположение)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или описание местоположения по ЕГРН]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Площадь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[площадь]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кв. м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Категория земель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[категория земель по ЕГРН]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Вид разрешённого использования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[вид разрешённого использования по ЕГРН]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Дом принадлежит Продавцу на праве собственности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[документ-основание]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запись о регистрации права в ЕГРН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записи]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записи]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Участок принадлежит Продавцу на праве собственности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[документ-основание]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запись о регистрации права в ЕГРН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записи]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записи]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Вместе с Домом передаются находящиеся на Участке хозяйственные постройки, ограждение, инженерные сети и оборудование, относящиеся к Дому: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 — баня, сарай, забор, газовый котёл, скважина, септик и т.п.]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Сведения об Объектах и заверения Продавца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Во исполнение п. 1 ст. 37 Земельного кодекса РФ Продавец сообщил Покупателю известные ему сведения об обременениях Участка и ограничениях его использования: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[ограничения по выписке ЕГРН — охранные зоны, сервитуты — или «отсутствуют»]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Продавец в соответствии со ст. 431.2 Гражданского кодекса РФ заверяет Покупателя, что на дату подписания договора Объекты: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никому не проданы, не подарены, не обещаны в дар, не сданы в аренду или наём, в залоге (ипотеке) не состоят;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под арестом, запретом на совершение регистрационных действий не находятся, предметом судебного спора не являются;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приобретались с использованием средств материнского (семейного) капитала, права на них третьих лиц, в том числе несовершеннолетних, отсутствуют;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имеют задолженности по налогам, оплате электроэнергии, газа, воды, вывоза твёрдых коммунальных отходов и иных коммунальных услуг.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дату подписания договора в Доме по месту жительства зарегистрированы: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 даты рождения зарегистрированных лиц или «никто не зарегистрирован»]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Продавец обязуется обеспечить снятие всех указанных лиц с регистрационного учёта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После перехода права собственности к Покупателю никто из них права пользования Домом не сохраняет (п. 1 ст. 558 ГК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Продавец заверяет, что Объекты не являются общим имуществом супругов либо что нотариально удостоверенное согласие супруга на их продажу получено (п. 3 ст. 35 Семейного кодекса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сведения, указанные в разделе 2, окажутся недостоверными, Покупатель вправе потребовать уменьшения цены или расторжения договора и возмещения убытков (п. 3 ст. 37 ЗК РФ, ст. 431.2 ГК РФ).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Цена и порядок расчётов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Общая цена Объектов составляет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в том числе: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цена Дома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цена Участка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Цена является окончательной и изменению не подлежит. Цена Дома включает стоимость построек, сетей и оборудования, указанных в п. 1.6.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Покупатель уплачивает цену полностью в день подписания договора, до подачи документов на государственную регистрацию, переводом на банковский счёт Продавца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корр. счёт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Получение денег Продавец подтверждает собственноручной записью в разделе 7 договора.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Поскольку цена уплачена до передачи Объектов, право залога у Продавца на Объекты не возникает (п. 5 ст. 488 ГК РФ).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Цену дома и участка указывайте отдельно и реально. Если цена ниже 70 % кадастровой стоимости, НДФЛ продавцу посчитают от 70 % кадастровой стоимости (п. 5 ст. 217.1 НК РФ), а покупателю раздельная цена нужна для имущественного вычета.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Передача Объектов и переход права собственности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Объекты передаются Покупателю по передаточному акту (Приложение № 1)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дней после государственной регистрации перехода права собственности. До подписания акта Продавец отвечает за сохранность Объектов и оплачивает коммунальные услуги.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Право собственности на Дом и Участок переходит к Покупателю с момента государственной регистрации перехода права в Едином государственном реестре недвижимости (ст. 551 ГК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Стороны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после подписания договора совместно подают документы на государственную регистрацию перехода права собственности на оба Объекта в Росреестр через многофункциональный центр (МФЦ) или в электронной форме. Государственную пошлину за регистрацию оплачивает Покупатель.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Налог на имущество и земельный налог уплачивает каждая из Сторон за период, когда она являлась собственником по данным ЕГРН.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Права и обязанности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Продавец обязан: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передать Объекты в состоянии, в котором они были при осмотре, вместе с ключами, документами на газовое и иное оборудование, договорами с ресурсоснабжающими организациями;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оплатить коммунальные услуги и вывоз отходов по день подписания передаточного акта;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освободить Дом от своих вещей к дате передачи.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Покупатель обязан принять Объекты по акту и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дней после регистрации перезаключить на себя договоры электро-, газо- и водоснабжения и вывоза твёрдых коммунальных отходов.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Покупатель осмотрел Дом и Участок, ознакомился с выписками из ЕГРН, техническим состоянием Дома, границами Участка и претензий к ним не имеет. Продавец не отвечает за недостатки, которые Покупатель видел или мог обнаружить при обычном осмотре.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Ответственность Сторон и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Объекты будут изъяты у Покупателя по основаниям, возникшим до исполнения договора, Продавец возмещает Покупателю цену и иные убытки (ст. 461 ГК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 нарушение срока передачи Объектов или срока снятия зарегистрированных лиц с учёта Продавец уплачивает Покупателю неустойку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за каждый день просрочки.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Споры разрешаются путём переговоров, а при недостижении согласия — в суде по месту нахождения Объектов.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вступает в силу с момента подписания и действует до полного исполнения Сторонами своих обязательств.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составлен в двух экземплярах, имеющих одинаковую юридическую силу, по одному для каждой из Сторон.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Приложение: Приложение № 1 — передаточный акт.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7.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Продавец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Покупатель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Паспорт: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[серия, номер]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Паспорт: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[серия, номер]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для переписки]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для переписки]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Тел.: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Тел.: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Деньги в сумме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 цифрами и прописью]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руб. получил(а) полностью.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pageBreakBefore/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Приложение № 1 к договору купли-продажи жилого дома с земельным участком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Передаточный акт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жилого дома и земельного участка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 или населённый пункт]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продавца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(«Продавец») передал(а), 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покупателя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(«Покупатель») принял(а) по договору купли-продажи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жилой дом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м,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земельный участок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м,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(местоположение)]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Объекты осмотрены Покупателем, их состояние соответствует условиям договора.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Вместе с Объектами переданы: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[ключи — количество комплектов, документы на газовое оборудование, технический паспорт, иное]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Показания приборов учёта на дату передачи: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3446"/>
        <w:gridCol w:w="3200"/>
        <w:gridCol w:w="2708"/>
      </w:tblGrid>
      <w:tr>
        <w:trPr>
          <w:cantSplit/>
        </w:trPr>
        <w:tc>
          <w:tcPr>
            <w:tcW w:type="dxa" w:w="344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Прибор учёта</w:t>
            </w:r>
          </w:p>
        </w:tc>
        <w:tc>
          <w:tcPr>
            <w:tcW w:type="dxa" w:w="320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Номер прибора</w:t>
            </w:r>
          </w:p>
        </w:tc>
        <w:tc>
          <w:tcPr>
            <w:tcW w:type="dxa" w:w="270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Показания</w:t>
            </w:r>
          </w:p>
        </w:tc>
      </w:tr>
      <w:tr>
        <w:trPr>
          <w:cantSplit/>
        </w:trPr>
        <w:tc>
          <w:tcPr>
            <w:tcW w:type="dxa" w:w="344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Электроэнергия</w:t>
            </w:r>
          </w:p>
        </w:tc>
        <w:tc>
          <w:tcPr>
            <w:tcW w:type="dxa" w:w="320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270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[показания]</w:t>
            </w:r>
          </w:p>
        </w:tc>
      </w:tr>
      <w:tr>
        <w:trPr>
          <w:cantSplit/>
        </w:trPr>
        <w:tc>
          <w:tcPr>
            <w:tcW w:type="dxa" w:w="344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Газ</w:t>
            </w:r>
          </w:p>
        </w:tc>
        <w:tc>
          <w:tcPr>
            <w:tcW w:type="dxa" w:w="320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270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[показания]</w:t>
            </w:r>
          </w:p>
        </w:tc>
      </w:tr>
      <w:tr>
        <w:trPr>
          <w:cantSplit/>
        </w:trPr>
        <w:tc>
          <w:tcPr>
            <w:tcW w:type="dxa" w:w="344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Холодная вода</w:t>
            </w:r>
          </w:p>
        </w:tc>
        <w:tc>
          <w:tcPr>
            <w:tcW w:type="dxa" w:w="320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270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[показания]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Расчёты по договору произведены полностью. Стороны претензий друг к другу не имеют.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Акт составлен в двух экземплярах, по одному для каждой из Сторон.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Передал — Продавец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Принял — Покупатель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жилого дома с земельным участком между физлицами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