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сверки взаимных расчётов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за период с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окончания]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ИП — Стороны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ИП — Стороны 2]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Мы, нижеподписавшиеся,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руководителя Стороны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действующий(ая)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доверенности: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 стороны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Стороны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руководителя Стороны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действующий(ая)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доверенности: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 стороны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Стороны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составили настоящий акт о том, что состояние взаимных расчётов по данным учёта сторон следующее.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По данным [наименование Стороны 1], руб.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07"/>
        <w:gridCol w:w="1007"/>
        <w:gridCol w:w="5325"/>
        <w:gridCol w:w="1007"/>
        <w:gridCol w:w="1007"/>
      </w:tblGrid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 (наименование, номер)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Дебет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Кредит</w:t>
            </w:r>
          </w:p>
        </w:tc>
      </w:tr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Сальдо на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начала]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Отгрузка: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[первичный документ, номер]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Оплата: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[платёжное поручение, номер]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Обороты за период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0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0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532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 xml:space="preserve">Сальдо на </w:t>
            </w:r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[дата окончания]</w:t>
            </w:r>
          </w:p>
        </w:tc>
        <w:tc>
          <w:tcPr>
            <w:tcW w:type="dxa" w:w="100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0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По данным [наименование Стороны 2], руб.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07"/>
        <w:gridCol w:w="1007"/>
        <w:gridCol w:w="5325"/>
        <w:gridCol w:w="1007"/>
        <w:gridCol w:w="1007"/>
      </w:tblGrid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 (наименование, номер)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Дебет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Кредит</w:t>
            </w:r>
          </w:p>
        </w:tc>
      </w:tr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Сальдо на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начала]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Оплата: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[платёжное поручение, номер]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Отгрузка: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[первичный документ, номер]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53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Обороты за период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0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0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532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 xml:space="preserve">Сальдо на </w:t>
            </w:r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[дата окончания]</w:t>
            </w:r>
          </w:p>
        </w:tc>
        <w:tc>
          <w:tcPr>
            <w:tcW w:type="dxa" w:w="100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0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Данные второй стороны зеркальны: то, что у продавца в дебете (отгрузка), у покупателя — в кредите. Записи разделов 1 и 2 должны совпадать по суммам и датам; расхождения перечислите в разделе 3.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Итоги сверки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Стороны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задолженность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перед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Стороны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задолженность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перед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 и сумм, по которым данные сторон не совпадают,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составлен в двух экземплярах, по одному для каждой из сторон. Сторона, получившая акт, подписывает его или направляет письменные возражения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 xml:space="preserve">От </w:t>
            </w:r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[наименование Стороны 1]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 xml:space="preserve">От </w:t>
            </w:r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[наименование Стороны 2]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руководителя]</w:t>
            </w:r>
          </w:p>
          <w:p>
            <w:pPr>
              <w:keepNext/>
              <w:spacing w:before="0" w:after="20" w:line="240" w:lineRule="auto"/>
              <w:jc w:val="left"/>
            </w:pP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руководителя]</w:t>
            </w:r>
          </w:p>
          <w:p>
            <w:pPr>
              <w:keepNext/>
              <w:spacing w:before="0" w:after="20" w:line="240" w:lineRule="auto"/>
              <w:jc w:val="left"/>
            </w:pP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Главный бухгалтер</w:t>
            </w:r>
          </w:p>
          <w:p>
            <w:pPr>
              <w:keepNext/>
              <w:spacing w:before="0" w:after="20" w:line="240" w:lineRule="auto"/>
              <w:jc w:val="left"/>
            </w:pP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Главный бухгалтер</w:t>
            </w:r>
          </w:p>
          <w:p>
            <w:pPr>
              <w:keepNext/>
              <w:spacing w:before="0" w:after="20" w:line="240" w:lineRule="auto"/>
              <w:jc w:val="left"/>
            </w:pP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 между организациями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