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Протокол разногласий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к договору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[вид договора]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г.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стороны, составившей проект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полномочиях, например «устава»]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«Сторона 1»,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стороны, направляющей протокол]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полномочиях, например «устава»]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«Сторона 2», составили настоящий протокол разногласий к проекту договора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(далее — «Договор»)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Разногласия по условиям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Сторона 2 предлагает изложить следующие пункты Договора в своей редакции: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606"/>
        <w:gridCol w:w="1819"/>
        <w:gridCol w:w="3464"/>
        <w:gridCol w:w="3464"/>
      </w:tblGrid>
      <w:tr>
        <w:trPr>
          <w:cantSplit/>
        </w:trPr>
        <w:tc>
          <w:tcPr>
            <w:tcW w:type="dxa" w:w="6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1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Пункт Договора</w:t>
            </w:r>
          </w:p>
        </w:tc>
        <w:tc>
          <w:tcPr>
            <w:tcW w:type="dxa" w:w="34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Редакция Стороны 1</w:t>
            </w:r>
          </w:p>
        </w:tc>
        <w:tc>
          <w:tcPr>
            <w:tcW w:type="dxa" w:w="34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Редакция Стороны 2</w:t>
            </w:r>
          </w:p>
        </w:tc>
      </w:tr>
      <w:tr>
        <w:trPr>
          <w:cantSplit/>
        </w:trPr>
        <w:tc>
          <w:tcPr>
            <w:tcW w:type="dxa" w:w="6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1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пункта]</w:t>
            </w:r>
          </w:p>
        </w:tc>
        <w:tc>
          <w:tcPr>
            <w:tcW w:type="dxa" w:w="34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[текст пункта дословно, как в проекте Договора]</w:t>
            </w:r>
          </w:p>
        </w:tc>
        <w:tc>
          <w:tcPr>
            <w:tcW w:type="dxa" w:w="34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[предлагаемый текст пункта полностью]</w:t>
            </w:r>
          </w:p>
        </w:tc>
      </w:tr>
      <w:tr>
        <w:trPr>
          <w:cantSplit/>
        </w:trPr>
        <w:tc>
          <w:tcPr>
            <w:tcW w:type="dxa" w:w="6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1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пункта]</w:t>
            </w:r>
          </w:p>
        </w:tc>
        <w:tc>
          <w:tcPr>
            <w:tcW w:type="dxa" w:w="34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[текст пункта дословно, как в проекте Договора]</w:t>
            </w:r>
          </w:p>
        </w:tc>
        <w:tc>
          <w:tcPr>
            <w:tcW w:type="dxa" w:w="34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[предлагаемый текст пункта полностью]</w:t>
            </w:r>
          </w:p>
        </w:tc>
      </w:tr>
      <w:tr>
        <w:trPr>
          <w:cantSplit/>
        </w:trPr>
        <w:tc>
          <w:tcPr>
            <w:tcW w:type="dxa" w:w="6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1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пункта]</w:t>
            </w:r>
          </w:p>
        </w:tc>
        <w:tc>
          <w:tcPr>
            <w:tcW w:type="dxa" w:w="34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[текст пункта дословно, как в проекте Договора]</w:t>
            </w:r>
          </w:p>
        </w:tc>
        <w:tc>
          <w:tcPr>
            <w:tcW w:type="dxa" w:w="34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Пункт исключить.</w:t>
            </w:r>
          </w:p>
        </w:tc>
      </w:tr>
      <w:tr>
        <w:trPr>
          <w:cantSplit/>
        </w:trPr>
        <w:tc>
          <w:tcPr>
            <w:tcW w:type="dxa" w:w="60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</w:t>
            </w:r>
          </w:p>
        </w:tc>
        <w:tc>
          <w:tcPr>
            <w:tcW w:type="dxa" w:w="181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нового пункта]</w:t>
            </w:r>
          </w:p>
        </w:tc>
        <w:tc>
          <w:tcPr>
            <w:tcW w:type="dxa" w:w="346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Отсутствует.</w:t>
            </w:r>
          </w:p>
        </w:tc>
        <w:tc>
          <w:tcPr>
            <w:tcW w:type="dxa" w:w="346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Дополнить Договор пунктом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следующего содержания: «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[текст нового пункта]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».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Каждый спорный пункт — отдельная строка таблицы. Добавьте или удалите строки по числу разногласий. Обе редакции пишите дословно, чтобы согласованный текст можно было сразу перенести в Договор.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Все остальные условия Договора, не указанные в разделе 1 настоящего протокола, действуют в редакции Стороны 1.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считается заключённым в редакции с учётом настоящего протокола с момента получения Стороной 2 протокола, подписанного Стороной 1.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Настоящий протокол является неотъемлемой частью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Сторона 2 просит Сторону 1 в течение 30 (тридцати) календарных дней со дня получения настоящего протокола подписать его либо письменно сообщить о своих возражениях.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Протокол составлен в двух экземплярах, имеющих одинаковую юридическую силу, по одному для каждой Стороны.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Сторона 1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Сторона 2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 (при наличии)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разногласий к договору (универсальный)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