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или места пребывания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застройщика]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 по ЕГРЮЛ]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Цена иска: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неустойки]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истец освобождён (подпункт 4 пункта 2 и пункт 3 статьи 333.36 НК РФ)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взыскании неустойки за нарушение срока передачи объекта долевого строительства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Между мной и Ответчиком заключён договор участия в долевом строительстве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«Договор»), зарегистрированный в Едином государственном реестре недвижимости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 Договору Ответчик обязался построить многоквартирный дом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[строительный адрес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передать мне объект долевого строительства: квартиру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по проекту]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общей проектной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 (далее — «Квартира»). Квартира приобреталась мной для личных нужд.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Цена Договора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рублей. Я исполнил(а) обязательство по оплате полностью,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[наименование, номер и дата платёжного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Согласно пункту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Договора Ответчик обязан передать мне Квартиру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Дополнительные соглашения об изменении этого срока сторонами не заключались. Квартира передана мне по передаточному акту только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подписания акта]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Срок передачи нарушен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направил(а) Ответчику претензию с требованием выплатить неустойку. Претензия получена Ответчиком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подтверждается отчётом об отслеживании почтового отправления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[трек-номер]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Требование в добровольном порядке не удовлетворено.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частью 2 статьи 6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— Закон № 214-ФЗ) в случае нарушения срока передачи объекта долевого строительства застройщик уплачивает участнику долевого строительства неустойку (пени) в размере одной трёхсотой ставки рефинансирования Центрального банка Российской Федерации, действующей на день исполнения обязательства, от цены договора за каждый день просрочки. Если участником долевого строительства является гражданин, неустойка уплачивается в двойном размере.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Ключевая ставка Банка России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[последний день срока передачи по Договору]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составляла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[ставка]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годовых. Период с 22.03.2024 по 31.12.2025 включительно в расчёт не включён в соответствии с постановлением Правительства Российской Федерации от 18.03.2024 № 326.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Расчёт неустойки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118"/>
        <w:gridCol w:w="2078"/>
        <w:gridCol w:w="1559"/>
        <w:gridCol w:w="2598"/>
      </w:tblGrid>
      <w:tr>
        <w:trPr>
          <w:cantSplit/>
        </w:trPr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Период просрочки</w:t>
            </w:r>
          </w:p>
        </w:tc>
        <w:tc>
          <w:tcPr>
            <w:tcW w:type="dxa" w:w="207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Дни</w:t>
            </w:r>
          </w:p>
        </w:tc>
        <w:tc>
          <w:tcPr>
            <w:tcW w:type="dxa" w:w="15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Ставка, %</w:t>
            </w:r>
          </w:p>
        </w:tc>
        <w:tc>
          <w:tcPr>
            <w:tcW w:type="dxa" w:w="259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Неустойка, руб.</w:t>
            </w:r>
          </w:p>
        </w:tc>
      </w:tr>
      <w:tr>
        <w:trPr>
          <w:cantSplit/>
        </w:trPr>
        <w:tc>
          <w:tcPr>
            <w:tcW w:type="dxa" w:w="31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по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207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[число дней]</w:t>
            </w:r>
          </w:p>
        </w:tc>
        <w:tc>
          <w:tcPr>
            <w:tcW w:type="dxa" w:w="155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[ставка]</w:t>
            </w:r>
          </w:p>
        </w:tc>
        <w:tc>
          <w:tcPr>
            <w:tcW w:type="dxa" w:w="259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Неустойка = цена Договора × ключевая ставка × количество дней просрочки × 1/150 =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Нарушением срока передачи Квартиры мне причинён моральный вред: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опишите последствия: аренда другого жилья, невозможность переезда, переживания]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Компенсацию морального вреда оцениваю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(часть 2 статьи 10 Закона № 214-ФЗ).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Поскольку Ответчик не удовлетворил мои требования в добровольном порядке, с него подлежит взысканию штраф в размере 5 % от присуждённой суммы (часть 3 статьи 10 Закона № 214-ФЗ).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Иск подаётся по месту моего жительства в соответствии с частью 7 статьи 29 Гражданского процессуального кодекса Российской Федерации (далее — ГПК РФ) и пунктом 2 статьи 17 Закона Российской Федерации от 07.02.1992 № 2300-1 «О защите прав потребителей».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6 и 10 Закона № 214-ФЗ, статьёй 330 Гражданского кодекса Российской Федерации, статьями 131 и 132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мою пользу неустойку за нарушение срока передачи объекта долевого строительства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Ответчика компенсацию морального вреда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Взыскать с Ответчика штраф в размере 5 % от суммы, присуждённой судом в мою пользу.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Ответчика судебные расходы: почтовые расходы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и расходы на оплату услуг представителя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Ответчику копии искового заявления с приложениями (почтовая квитанция и опись вложения).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Договора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отметкой о государственной регистрации.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документов об оплате цены Договора.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передаточного акта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претензии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доказательства её получения Ответчиком.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Расчёт неустойки.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Выписка из ЕГРЮЛ в отношении Ответчика.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документов о судебных расходах (договор с представителем, чеки, почтовые квитанции).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Цена иска — только сумма неустойки: моральный вред и штраф в неё не входят. До 100 000 рублей иск подаётся мировому судье, свыше — в районный суд. Если цена иска больше 1 000 000 рублей, госпошлина уплачивается с суммы превышения.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неустойки с застройщика за просрочку передачи квартиры по ДДУ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