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Главному врачу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[полное наименование медицинской организации]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главного врача]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медицинской организации]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От: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пациента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р.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Паспорт: серия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[кем выдан]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выдачи]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 места жительства и почтовый 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с индексом]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телефона]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Эл. почта: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Заявление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 выдаче копии медицинской карты и выписки из медицинских документов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Я,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пациента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или год начала наблюдения]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получаю медицинскую помощь в вашей медицинской организации, в том числе у врача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[специальность врача, ФИО врача при наличии]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На основании части 5 статьи 22 Федерального закона от 21.11.2011 № 323-ФЗ «Об основах охраны здоровья граждан в Российской Федерации» и Порядка и сроков предоставления медицинских документов (их копий) и выписок из них, утверждённого приказом Минздрава России от 31.07.2020 № 789н,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Прошу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Выдать мне заверенную копию медицинской карты пациента, получающего медицинскую помощь в амбулаторных условиях, за период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начала периода]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по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окончания периода]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Выдать мне выписку из медицинских документов за тот же период с указанием установленных диагнозов, проведённых обследований и их результатов, назначенного лечения и рекомендаций.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Приложить к документам копии результатов лабораторных и инструментальных исследований за указанный период, а также имеющиеся в архиве снимки и заключения: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[перечень исследований, например: МРТ коленного сустава от такой-то даты, УЗИ брюшной полости от такой-то даты]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Заверить копию карты отметкой «Копия верна», подписью ответственного работника и печатью (пункт 10 Порядка), выписку оформить с подписью врача и печатью медицинской организации (пункт 9 Порядка).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Документы получу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лично на руки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при предъявлении паспорта; о готовности прошу сообщить по телефону или электронной почте. Прошу выдать документы в срок, установленный пунктом 8 Порядка и частью 1 статьи 12 Федерального закона от 02.05.2006 № 59-ФЗ «О порядке рассмотрения обращений граждан Российской Федерации», то есть не позднее 30 дней со дня регистрации настоящего заявления. Если медицинская организация сочтёт, что в заявлении не хватает каких-либо сведений, прошу сообщить об этом письменно в течение 14 календарных дней со дня его регистрации (пункт 5 Порядка).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подачи заявления]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  <w:r>
        <w:tab/>
      </w:r>
    </w:p>
    <w:p>
      <w:pPr>
        <w:spacing w:before="200" w:after="40" w:line="276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[И.О. Фамилия]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Подайте заявление в двух экземплярах: на втором попросите поставить входящий номер и дату регистрации. С этой даты отсчитывается 30-дневный срок. Если вы лежите в стационаре или дневном стационаре, копии и выписку должны выдать в течение суток с момента обращения.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главному врачу о выдаче копии медицинской карты и выписки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