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аренды оборудования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договора]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полномочий, например: 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полномочий, например: 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«Арендатор»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передаёт Арендатору за плату во временное владение и пользование оборудование, указанное в таблице ниже (далее — «Оборудование»), а Арендатор принимает Оборудование, вносит арендную плату и по окончании аренды возвращает Оборудование в том состоянии, в котором его получил, с учётом нормального износа.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23"/>
        <w:gridCol w:w="3563"/>
        <w:gridCol w:w="2316"/>
        <w:gridCol w:w="623"/>
        <w:gridCol w:w="2227"/>
      </w:tblGrid>
      <w:tr>
        <w:trPr>
          <w:cantSplit/>
        </w:trPr>
        <w:tc>
          <w:tcPr>
            <w:tcW w:type="dxa" w:w="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Наименование, марка, модель, год выпуска</w:t>
            </w:r>
          </w:p>
        </w:tc>
        <w:tc>
          <w:tcPr>
            <w:tcW w:type="dxa" w:w="23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Заводской (серийный) номер</w:t>
            </w:r>
          </w:p>
        </w:tc>
        <w:tc>
          <w:tcPr>
            <w:tcW w:type="dxa" w:w="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Шт.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Оценочная стоимость, руб.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марка, модель, год]</w:t>
            </w:r>
          </w:p>
        </w:tc>
        <w:tc>
          <w:tcPr>
            <w:tcW w:type="dxa" w:w="23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[1]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марка, модель, год]</w:t>
            </w:r>
          </w:p>
        </w:tc>
        <w:tc>
          <w:tcPr>
            <w:tcW w:type="dxa" w:w="231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[1]</w:t>
            </w:r>
          </w:p>
        </w:tc>
        <w:tc>
          <w:tcPr>
            <w:tcW w:type="dxa" w:w="22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Оборудование принадлежит Арендодателю на праве собственности,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документа: товарная накладная, УПД, договор купли-продажи,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Оборудование не продано, не заложено, не арестовано и не обременено правами третьих лиц.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Оборудование используется Арендатором для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 использования, например: выполнения строительно-монтажных работ]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эксплуатации]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Перемещение Оборудования в другое место допускается с письменного согласия Арендодателя.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Оборудование передаётся без предоставления услуг по управлению им и его технической эксплуатации. Арендатор обеспечивает работу на Оборудовании своим персоналом, имеющим необходимую квалификацию и допуски.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аренды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аренды: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Срок начинает течь с даты подписания акта приёма-передачи Оборудования.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Арендатор продолжает пользоваться Оборудованием после истечения срока при отсутствии возражений Арендодателя, договор считается возобновлённым на тех же условиях на неопределённый срок (пункт 2 статьи 621 ГК РФ). В этом случае каждая из Сторон вправе отказаться от договора, предупредив другую Сторону письменно за один месяц (пункт 2 статьи 610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Передача и возврат Оборудования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передаёт Оборудование в исправном состоянии, пригодном для использования по назначению,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договора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Доставку, погрузку и разгрузку организует и оплачивает Арендатор.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с Оборудованием передаются его принадлежности и документы: паспорт (формуляр), руководство по эксплуатации, гарантийные документы при наличии (пункт 2 статьи 611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Передача и возврат Оборудования оформляются актами приёма-передачи (Приложение № 1), в которых фиксируются комплектность, техническое состояние, видимые повреждения и показания счётчика моточасов при наличии. Акты подписываются уполномоченными представителями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возвращает Оборудование в последний день срока аренды по адресу, указанному в пункте 3.1, в исправном состоянии, очищенным, в полной комплектности, с учётом нормального износа.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Арендатор не вернул Оборудование в срок, он вносит арендную плату за всё время просрочки (статья 622 ГК РФ) и, кроме того, уплачивает неустойку, предусмотренную пунктом 7.3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Арендная плата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либо основание, по которому НДС не уплачивается]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За неполный месяц плата начисляется пропорционально количеству календарных дней аренды.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вносится ежемесячно, авансом,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месяца, путём перечисления на расчётный счёт Арендодателя на основании счёта. Плата за первый месяц вносится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акта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обеспечение исполнения обязательств Арендатор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договора вносит обеспечительный платёж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(статья 381.1 ГК РФ). Проценты на эту сумму не начисляются. Арендодатель вправе удержать из обеспечительного платежа задолженность по арендной плате, неустойку и стоимость устранения повреждений Оборудования. Остаток возвращается Арендатору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подписания акта возврата.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Размер арендной платы может изменяться по соглашению Сторон не чаще одного раза в год (пункт 3 статьи 614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Днём оплаты считается день зачисления денежных средств на расчётный счёт Арендодателя. Ежемесячно Стороны подписывают акт об оказанных услугах аренды за прошедший месяц.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Арендодатель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Оборудование в состоянии, соответствующем договору и назначению Оборудования;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свой счёт проводить капитальный ремонт Оборудования и устранять недостатки, препятствующие его использованию и не вызванные действиями Арендатора (статьи 612 и 616 ГК РФ);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выходе Оборудования из строя не по вине Арендатора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 уведомления отремонтировать его или заменить аналогичным исправным Оборудованием.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Арендатор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Оборудование по назначению и в соответствии с руководством по эксплуатации;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поддерживать Оборудование в исправном состоянии, проводить текущее техническое обслуживание и текущий ремонт за свой счёт, обеспечивать расходными материалами и ГСМ (пункт 2 статьи 616 ГК РФ);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обеспечивать сохранность Оборудования и не допускать к работе на нём лиц без необходимой квалификации;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письменно уведомить Арендодателя о неисправности, повреждении, утрате или хищении Оборудования не позднее рабочего дня, следующего за днём, когда это обнаружено;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Арендодателю доступ к Оборудованию для проверки его состояния в рабочее время по предварительному уведомлению;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вносить арендную плату.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не вправе без письменного согласия Арендодателя сдавать Оборудование в субаренду, передавать его в безвозмездное пользование, передавать свои права и обязанности по договору третьим лицам, вносить в Оборудование конструктивные изменения.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Риск случайной гибели или случайного повреждения Оборудования в период с подписания акта приёма-передачи до подписания акта возврата несёт Арендатор.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за повреждение и утрату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возмещает Арендодателю стоимость ремонта Оборудования, повреждённого в период аренды, за исключением повреждений, вызванных нормальным износом или скрытыми недостатками, за которые отвечает Арендодатель.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утрате Оборудования или повреждении, исключающем его ремонт, Арендатор возмещает его оценочную стоимость, указанную в пункте 1.1 договора,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 требования Арендодателя. Арендная плата начисляется до дня такого возмещения.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Состояние Оборудования и причины повреждения при разногласиях определяются комиссией из представителей Сторон с составлением акта, а при недостижении согласия по результатам независимой экспертизы. Расходы на экспертизу несёт Сторона, чья позиция не подтвердилась.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Неустойка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внесения арендной платы Арендатор уплачивает пени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неоплаченной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передачи Оборудования Арендодатель уплачивает пени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месячной арендной платы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возврата Оборудования Арендатор уплачивает, помимо арендной платы за время просрочки, пени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месячной арендной платы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Уплата неустойки не освобождает Стороны от исполнения обязательств по договору.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Досрочное расторжение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вправе отказаться от договора в одностороннем порядке, письменно уведомив Арендатора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дней, если Арендатор: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более двух раз подряд не внёс арендную плату в установленный срок;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использует Оборудование не по назначению или с нарушением руководства по эксплуатации;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передал Оборудование третьим лицам без согласия Арендодателя;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существенно ухудшает состояние Оборудования.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 вправе отказаться от договора в одностороннем порядке, письменно уведомив Арендодателя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дней, если Арендодатель не передал Оборудование в срок или Оборудование в силу обстоятельств, за которые Арендатор не отвечает, оказалось в состоянии, непригодном для использования, и не было отремонтировано или заменено в срок по пункту 5.1.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досрочном прекращении договора Арендатор возвращает Оборудование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в порядке раздела 3, а Стороны производят окончательные расчёты.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Претензионный порядок обязателен. Срок ответа на претензию: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её получения. Споры, не урегулированные в претензионном порядке, рассматриваются в Арбитражном суде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Юридически значимые сообщения направляются по адресам и электронной почте, указанным в разделе 10. Сообщение, направленное по электронной почте, считается полученным в день отправки, если отправлено до 18:00 по времени получателя, иначе на следующий рабочий день.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обязательств. Договор составлен в двух экземплярах, по одному для каждой Стороны.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1. Форма акта приёма-передачи (возврата) Оборудования.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аренды оборудования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оборудования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(Арендодатель)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(Арендатор)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составили настоящий акт о том, что Арендодатель передал, а Арендатор принял следующее Оборудование: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82"/>
        <w:gridCol w:w="2631"/>
        <w:gridCol w:w="1461"/>
        <w:gridCol w:w="682"/>
        <w:gridCol w:w="3897"/>
      </w:tblGrid>
      <w:tr>
        <w:trPr>
          <w:cantSplit/>
        </w:trPr>
        <w:tc>
          <w:tcPr>
            <w:tcW w:type="dxa" w:w="6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6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Наименование, марка, модель</w:t>
            </w:r>
          </w:p>
        </w:tc>
        <w:tc>
          <w:tcPr>
            <w:tcW w:type="dxa" w:w="14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Заводской номер</w:t>
            </w:r>
          </w:p>
        </w:tc>
        <w:tc>
          <w:tcPr>
            <w:tcW w:type="dxa" w:w="6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Шт.</w:t>
            </w:r>
          </w:p>
        </w:tc>
        <w:tc>
          <w:tcPr>
            <w:tcW w:type="dxa" w:w="38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Состояние, комплектность, повреждения, моточасы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6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</w:tc>
        <w:tc>
          <w:tcPr>
            <w:tcW w:type="dxa" w:w="14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6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[1]</w:t>
            </w:r>
          </w:p>
        </w:tc>
        <w:tc>
          <w:tcPr>
            <w:tcW w:type="dxa" w:w="38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состояния]</w:t>
            </w:r>
          </w:p>
        </w:tc>
      </w:tr>
      <w:tr>
        <w:trPr>
          <w:cantSplit/>
        </w:trPr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6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</w:tc>
        <w:tc>
          <w:tcPr>
            <w:tcW w:type="dxa" w:w="1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6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[1]</w:t>
            </w:r>
          </w:p>
        </w:tc>
        <w:tc>
          <w:tcPr>
            <w:tcW w:type="dxa" w:w="3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состояния]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Оборудованием переданы документы и 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[паспорт, руководство по эксплуатации, ключи, зарядные устройства, сменные насадки]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Оборудование проверено в работе. Арендатор претензий к состоянию и комплектности Оборудования не имеет, за исключением указанных в таблице.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(Арендодатель)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(Арендатор)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Эту же форму используйте при возврате Оборудования, поменяв слова «передал» и «принял» местами. Сфотографируйте Оборудование при передаче и при возврате: снимки с датой помогут в споре о повреждениях.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между организациями и ИП (без экипажа)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