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пожертвования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имущества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жертвователя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р., паспорт гражданина РФ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именуемый(ая)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«Жертвователь»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организации-получателя]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[основание полномочий, например: устава]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«Получатель»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в соответствии со статьёй 582 Гражданского кодекса РФ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Жертвователь безвозмездно передаёт в собственность Получателя в качестве пожертвования, а Получатель принимает следующее имущество (далее — «Имущество»):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949"/>
        <w:gridCol w:w="5423"/>
        <w:gridCol w:w="949"/>
        <w:gridCol w:w="2033"/>
      </w:tblGrid>
      <w:tr>
        <w:trPr>
          <w:cantSplit/>
        </w:trPr>
        <w:tc>
          <w:tcPr>
            <w:tcW w:type="dxa" w:w="9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54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Наименование и характеристики имущества</w:t>
            </w:r>
          </w:p>
        </w:tc>
        <w:tc>
          <w:tcPr>
            <w:tcW w:type="dxa" w:w="9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Кол-во</w:t>
            </w:r>
          </w:p>
        </w:tc>
        <w:tc>
          <w:tcPr>
            <w:tcW w:type="dxa" w:w="20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Стоимость, руб.</w:t>
            </w:r>
          </w:p>
        </w:tc>
      </w:tr>
      <w:tr>
        <w:trPr>
          <w:cantSplit/>
        </w:trPr>
        <w:tc>
          <w:tcPr>
            <w:tcW w:type="dxa" w:w="9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54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[наименование, марка, модель, серийный номер; для транспортного средства: VIN, год выпуска, цвет, госномер, номер ПТС или электронного ПТС, номер СТС]</w:t>
            </w:r>
          </w:p>
        </w:tc>
        <w:tc>
          <w:tcPr>
            <w:tcW w:type="dxa" w:w="9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[1]</w:t>
            </w:r>
          </w:p>
        </w:tc>
        <w:tc>
          <w:tcPr>
            <w:tcW w:type="dxa" w:w="20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9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542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и характеристики]</w:t>
            </w:r>
          </w:p>
        </w:tc>
        <w:tc>
          <w:tcPr>
            <w:tcW w:type="dxa" w:w="9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[1]</w:t>
            </w:r>
          </w:p>
        </w:tc>
        <w:tc>
          <w:tcPr>
            <w:tcW w:type="dxa" w:w="20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[сумма]</w:t>
            </w:r>
          </w:p>
        </w:tc>
      </w:tr>
      <w:tr>
        <w:trPr>
          <w:cantSplit/>
        </w:trPr>
        <w:tc>
          <w:tcPr>
            <w:tcW w:type="dxa" w:w="94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542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949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03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[общая 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Имущество принадлежит Жертвователю на праве собственности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[документ: договор купли-продажи, ПТС, чек, № и 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Имущество не продано, не заложено, не арестовано, в споре не состоит и не обременено правами третьих лиц.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Пожертвование передаётся в общеполезных целях и должно использоваться Получателем на следующую цель: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[конкретная цель использования, например: обеспечение уставной деятельности по оказанию помощи детям-инвалидам]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«Цель пожертвования»).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Стоимость Имущества определена Сторонами по соглашению и указывается для целей бухгалтерского учёта Получателя.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Передача Имущества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Жертвователь передаёт Имущество Получателю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со дня подписания договора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передачи]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Передача оформляется актом приёма-передачи (Приложение № 1).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Вместе с Имуществом передаются относящиеся к нему документы и принадлежности: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[паспорт изделия, гарантийный талон, ключи; для транспортного средства: ПТС, СТС, сервисная книжка, все комплекты ключей]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Право собственности на Имущество и риск его случайной гибели переходят к Получателю с момента подписания акта приёма-передачи.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пожертвовано транспортное средство, Получатель в течение 10 дней со дня подписания акта приёма-передачи обращается в регистрационное подразделение для внесения изменений в регистрационные данные в связи со сменой владельца (пункт 3 части 3 статьи 8 Федерального закона от 03.08.2018 № 283-ФЗ). Расходы на регистрационные действия несёт Получатель.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Обязанности Получателя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Получатель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использовать Имущество исключительно на Цель пожертвования;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вести обособленный учёт всех операций по использованию Имущества (пункт 3 статьи 582 ГК РФ);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письменному запросу Жертвователя в течение 30 дней предоставить информацию о том, как используется Имущество, а при возможности фотографии;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письменно уведомить Жертвователя, если использование Имущества по Цели пожертвования стало невозможным.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Изменить Цель пожертвования Получатель вправе только с письменного согласия Жертвователя (пункт 4 статьи 582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Отмена пожертвования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Имущество используется не в соответствии с Целью пожертвования или Цель изменена без согласия Жертвователя, Жертвователь, его наследники или иной правопреемник вправе потребовать отмены пожертвования (пункт 5 статьи 582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 отмене пожертвования Получатель возвращает Имущество Жертвователю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со дня получения требования, если Имущество сохранилось в натуре.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Для принятия пожертвования не требуется чьего-либо разрешения или согласия (пункт 2 статьи 582 ГК РФ).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переговоров, а при недостижении согласия в суде по месту нахождения Получателя.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момента подписания и составлен в двух экземплярах,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Приложение № 1. Акт приёма-передачи Имущества.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Жертвователь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Получатель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Паспорт: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[серия, номер, кем и когда выдан]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ИНН/КПП: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[ИНН/КПП]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 регистрации]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 при наличии]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Тел.: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 xml:space="preserve">Если пожертвование передаётся воинской части или иному казённому учреждению, впишите в качестве Получателя юридическое лицо с ИНН и ОГРН (например, ФКУ «Войсковая часть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[номер]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») и подписанта с подтверждёнными полномочиями.</w:t>
      </w:r>
    </w:p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 № 1 к договору пожертвования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приёма-передачи имущества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жертвователя]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(Жертвователь) передал(а), 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(Получатель)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принял следующее Имущество по договору пожертвования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949"/>
        <w:gridCol w:w="4202"/>
        <w:gridCol w:w="949"/>
        <w:gridCol w:w="3253"/>
      </w:tblGrid>
      <w:tr>
        <w:trPr>
          <w:cantSplit/>
        </w:trPr>
        <w:tc>
          <w:tcPr>
            <w:tcW w:type="dxa" w:w="9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№</w:t>
            </w:r>
          </w:p>
        </w:tc>
        <w:tc>
          <w:tcPr>
            <w:tcW w:type="dxa" w:w="420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Наименование и характеристики</w:t>
            </w:r>
          </w:p>
        </w:tc>
        <w:tc>
          <w:tcPr>
            <w:tcW w:type="dxa" w:w="9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Кол-во</w:t>
            </w:r>
          </w:p>
        </w:tc>
        <w:tc>
          <w:tcPr>
            <w:tcW w:type="dxa" w:w="32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Состояние, комплектность</w:t>
            </w:r>
          </w:p>
        </w:tc>
      </w:tr>
      <w:tr>
        <w:trPr>
          <w:cantSplit/>
        </w:trPr>
        <w:tc>
          <w:tcPr>
            <w:tcW w:type="dxa" w:w="9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1</w:t>
            </w:r>
          </w:p>
        </w:tc>
        <w:tc>
          <w:tcPr>
            <w:tcW w:type="dxa" w:w="420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и характеристики]</w:t>
            </w:r>
          </w:p>
        </w:tc>
        <w:tc>
          <w:tcPr>
            <w:tcW w:type="dxa" w:w="94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[1]</w:t>
            </w:r>
          </w:p>
        </w:tc>
        <w:tc>
          <w:tcPr>
            <w:tcW w:type="dxa" w:w="32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 состояния]</w:t>
            </w:r>
          </w:p>
        </w:tc>
      </w:tr>
      <w:tr>
        <w:trPr>
          <w:cantSplit/>
        </w:trPr>
        <w:tc>
          <w:tcPr>
            <w:tcW w:type="dxa" w:w="94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2</w:t>
            </w:r>
          </w:p>
        </w:tc>
        <w:tc>
          <w:tcPr>
            <w:tcW w:type="dxa" w:w="420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и характеристики]</w:t>
            </w:r>
          </w:p>
        </w:tc>
        <w:tc>
          <w:tcPr>
            <w:tcW w:type="dxa" w:w="94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[1]</w:t>
            </w:r>
          </w:p>
        </w:tc>
        <w:tc>
          <w:tcPr>
            <w:tcW w:type="dxa" w:w="325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[описание состояния]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Вместе с Имуществом переданы: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документов и принадлежностей]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Получатель осмотрел Имущество и претензий к его состоянию и комплектности не имеет.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Передал (Жертвователь)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Принял (Получатель)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М.П.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пожертвования имущества от гражданина организации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