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товара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организациями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продавца,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обязуется передать в собственность Покупателя товар, указанный в Спецификации (Приложение № 1) (далее — Товар), а Покупатель обязуется принять Товар и оплатить его.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Наименование, количество, ассортимент, комплектность, единица измерения и цена Товара указываются в Спецификации, которая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гарантирует, что Товар принадлежит ему на праве собственности, не продан, не заложен, не находится под арестом и не обременён правами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цена Товара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Цена включает стоимость упаковки, маркировки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[доставки до места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перечисляет предварительную 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цены Товара,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счёта Продавца.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цены Покупатель оплачивает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товарной накладной или универсального передаточного документа (УПД).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производятся безналичным переводом на расчётный счёт Продавца. Датой оплаты считается дата зачисления денежных средств на корреспондентский счёт банка Продавца.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Цена Товара, указанная в Спецификации, изменению в одностороннем порядке не подлежит.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Срок и порядок передачи товара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передаёт Товар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количество рабочих дней с даты получения предоплаты]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передачи Товара: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 Покупателя или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Доставку до места передачи осуществляет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[Продавец своим транспортом или с привлечением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Продавца передать Товар считается исполненной в момент вручения Товара Покупателю в месте передачи и подписания Сторонами товарной накладной или УПД.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Одновременно с Товаром Продавец передаёт Покупателю: счёт-фактуру или УПД, товарно-транспортную накладную, сертификаты или декларации соответствия, паспорта и инструкции изготовителя, гарантийные талоны (если они предусмотрены для данного вида Товара).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Товар и риск его случайной гибели или повреждения переходят к Покупателю с момента подписания товарной накладной или УПД.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Приёмка товара по количеству и качеству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принимает Товар по количеству, ассортименту и комплектности при его передаче, сверяя фактические данные с товаросопроводительными документами.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Проверка качества производится Покупателем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Товара. Скрытые недостатки, которые невозможно обнаружить при обычной приёмке, могут быть заявлены в течение гарантийного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обнаружении недостачи, некомплектности или недостатков Покупатель составляет акт с участием представителя Продавца. Продавец обязан направить представителя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вызова. При неявке представителя Покупатель вправе составить акт в одностороннем порядке с участием незаинтересованного лица, при этом акт является надлежащим доказательством.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обязан известить Продавца о выявленных нарушениях условий Договора о количестве, ассортименте, качестве, комплектности и таре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их обнаружения.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Качество товара и гарантия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Качество Товара должно соответствовать Спецификации, обязательным требованиям технических регламентов и документации изготовителя.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на Товар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 даты передачи Товара Покупателю, если в документации изготовителя не установлен более длительный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обнаружении недостатков Покупатель по своему выбору вправе потребовать от Продавца соразмерного уменьшения цены, безвозмездного устранения недостатков в разумный срок или возмещения своих расходов на их устранение. При существенных недостатках Покупатель вправе отказаться от Договора и потребовать возврата уплаченной суммы либо потребовать замены Товара.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заменяет или ремонтирует некачественный Товар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требования Покупателя. Расходы на вывоз и доставку Товара несёт Продавец.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передачи Товара Продавец уплачивает Покупателю неустойку в размере 0,1 % цены непереданного Товара за каждый день просрочки, но не более 10 % цены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Покупатель уплачивает Продавцу неустойку в размере 0,1 % неоплаченной суммы за каждый день просрочки, но не более 10 %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Продавец не передал Товар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после истечения срока, указанного в пункте 3.1 Договора, Покупатель вправе отказаться от Договора и потребовать возврата предварительной оплаты. Продавец возвращает предоплату в течение 5 рабочих дней с даты получения уведомления об отказе.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 по Договору и возмещения убытков в части, не покрытой неустойкой.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силы, если Сторона известила о них другую Сторону в течение 5 рабочих дней с момента их наступления и подтвердила их документами компетентного органа.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[Арбитражный суд субъекта РФ по месту нахождения истца или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составлены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подписанные усиленной квалифицированной электронной подписью и переданные через оператора электронного документооборота, имеют силу оригиналов. Сканированные копии, направленные по адресам электронной почты, указанным в разделе 9 Договора, имеют силу до обмена оригиналами.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Спецификация.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купли-продажи товара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Спецификация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3675"/>
        <w:gridCol w:w="890"/>
        <w:gridCol w:w="890"/>
        <w:gridCol w:w="1893"/>
        <w:gridCol w:w="1225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товара, артикул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Ед. изм.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 за ед., руб.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[шт.]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[шт.]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[шт.]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6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Итого, в том числе НДС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[ставка]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 xml:space="preserve"> %</w:t>
            </w:r>
          </w:p>
        </w:tc>
        <w:tc>
          <w:tcPr>
            <w:tcW w:type="dxa" w:w="8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9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Место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Гарантийный срок: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