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подряда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ремонт квартиры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Гражданин(ка)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гражданин(ка)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«Подрядчик»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Подрядчик обязуется по заданию Заказчика выполнить ремонт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(далее — Квартира), и сдать результат работ Заказчику, а Заказчик обязуется принять результат работ и оплатить его.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Перечень, объём и стоимость работ указаны в Смете (Приложение № 1). Требования к отделке (материалы, цвета, расположение розеток, сантехники и т. п.) указаны в Смете и в дизайн-проекте или эскизах, согласованных Сторонами в письменной форме или в переписке в мессенджере по номерам телефонов, указанным в Договоре.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Работы выполняются из материалов Заказчика. Подрядчик в течение 2 рабочих дней с даты подписания Договора передаёт Заказчику список необходимых материалов с указанием количества. Расходные материалы (шпатели, валики, диски, крепёж, малярный скотч и т. п.) и инструмент обеспечивает Подрядчик за свой счёт.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подтверждает, что является собственником Квартиры, и обязуется самостоятельно согласовать перепланировку, если она потребуется. Работы по переносу несущих стен, вентиляционных каналов и газового оборудования Договором не предусмотрены.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Сроки выполнения работ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Начало работ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Окончание работ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Промежуточные сроки (этапы) указаны в Смете.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Заказчик задержал передачу материалов, доступ в Квартиру или оплату этапа, срок окончания работ продлевается на время задержки.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Работы выполняются в дни и часы, разрешённые правилами проживания в доме и законодательством о тишине: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[например, с 9:00 до 19:00 в будни, с перерывом с 13:00 до 15:00]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Цена и порядок оплаты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работ определена твёрдой сметой и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Стоимость материалов Заказчика в цену не входит.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производится в следующем порядке: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аванс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— в день подписания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этапов — в течение 3 календарных дней после подписания Сторонами акта приёмки соответствующего этапа, за вычетом пропорциональной части аванса;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окончательный расчёт — в течение 3 календарных дней после подписания итогового акта приёмки работ.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Оплата производится переводом на банковский счёт Подрядчика по номеру телефона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реквизитам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счёта, банк]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Подрядчик подтверждает каждый платёж распиской или чеком.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Дополнительные работы, не указанные в Смете, выполняются только после письменного согласования их перечня и стоимости Сторонами. Без такого согласования Подрядчик не вправе требовать их оплаты.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Подрядчик самостоятельно уплачивает налоги с полученного вознаграждения.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Подрядчик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выполнить работы качественно, в соответствии со Сметой, строительными нормами и правилами, в сроки по Договору;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бережно использовать материалы Заказчика и по окончании работ отчитаться об их расходовании и вернуть остатки;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немедленно предупредить Заказчика и до получения его указаний приостановить работы, если материалы непригодны или некачественны, указания Заказчика грозят годности результата или обнаружены скрытые дефекты (ветхая проводка, протечки, разрушение стяжки и т. п.);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повреждать общее имущество дома, соблюдать правила пожарной безопасности, ежедневно убирать рабочее место, вывозить строительный мусор за свой счёт;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возместить ущерб, причинённый по его вине Квартире, имуществу Заказчика или соседям.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Подрядчик выполняет работы лично. Привлечение помощников допускается с согласия Заказчика; за их действия Подрядчик отвечает как за свои.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доступ в Квартиру, электричество и воду;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передавать материалы по списку Подрядчика;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и оплатить работы в порядке, предусмотренном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в любое время проверять ход и качество работ, не вмешиваясь в деятельность Подрядчика.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Приёмка работ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окончании каждого этапа и всех работ Подрядчик уведомляет Заказчика о готовности результата. Заказчик в течение 3 рабочих дней осматривает работы с участием Подрядчика.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отсутствии недостатков Стороны подписывают акт приёмки. При наличии недостатков Стороны указывают их в акте, и Подрядчик устраняет их за свой счёт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Скрытые работы (электропроводка, трубы, гидроизоляция, стяжка) принимаются Заказчиком до их закрытия последующими работами. Подрядчик фотографирует скрытые работы и передаёт фотографии Заказчику.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Гарантия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Гарантийный срок на результат работ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 с даты подписания итогового акта приёмки.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Недостатки, обнаруженные в течение гарантийного срока, Подрядчик устраняет за свой счёт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 даты получения требования Заказчика, если не докажет, что они возникли вследствие нормального износа, неправильной эксплуатации или действий третьих лиц.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Подрядчик не устранил недостатки в указанный срок, Заказчик вправе устранить их своими силами или с помощью третьих лиц и потребовать от Подрядчика возмещения расходов.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окончания работ Подрядчик уплачивает Заказчику неустойку в размере 0,5 % цены работ за каждый день просрочки, но не более 20 % цены работ.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оплаты Заказчик уплачивает Подрядчику неустойку в размере 0,1 % от неоплаченной суммы за каждый день просрочки, но не более 10 % неоплаченной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утрату или порчу материалов Заказчика Подрядчик возмещает их стоимость по чекам.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в любое время до сдачи ему результата работ отказаться от Договора, уплатив Подрядчику часть цены пропорционально выполненным работам.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Подрядчик не приступил к работам в течение 5 календарных дней с даты начала, указанной в Договоре, или выполняет их настолько медленно, что окончание к сроку явно невозможно, Заказчик вправе отказаться от Договора и потребовать возврата неотработанного аванса и возмещения убытков.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расторжении Договора Стороны составляют акт о фактически выполненных работах. Подрядчик возвращает неотработанный аванс и остатки материалов в течение 5 рабочих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 и согласования направляются письменно или сообщениями в мессенджере по номерам телефонов Сторон, указанным в Договоре. Такие сообщения признаются Сторонами надлежащими.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по месту нахождения Квартиры.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 Приложение № 1 — Смета; Приложение № 2 — Акт приёмки (форма).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Подрядчик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подряда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Смета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ремонт квартиры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52"/>
        <w:gridCol w:w="3655"/>
        <w:gridCol w:w="860"/>
        <w:gridCol w:w="752"/>
        <w:gridCol w:w="1075"/>
        <w:gridCol w:w="1182"/>
        <w:gridCol w:w="1075"/>
      </w:tblGrid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6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работ</w:t>
            </w:r>
          </w:p>
        </w:tc>
        <w:tc>
          <w:tcPr>
            <w:tcW w:type="dxa" w:w="86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Ед. изм.</w:t>
            </w:r>
          </w:p>
        </w:tc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Объём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Цена, руб.</w:t>
            </w:r>
          </w:p>
        </w:tc>
        <w:tc>
          <w:tcPr>
            <w:tcW w:type="dxa" w:w="11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Срок этапа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6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Этап 1. Демонтаж и черновые работы</w:t>
            </w:r>
          </w:p>
        </w:tc>
        <w:tc>
          <w:tcPr>
            <w:tcW w:type="dxa" w:w="86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8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6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[демонтаж старой отделки]</w:t>
            </w:r>
          </w:p>
        </w:tc>
        <w:tc>
          <w:tcPr>
            <w:tcW w:type="dxa" w:w="86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кв. м</w:t>
            </w:r>
          </w:p>
        </w:tc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[объём]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1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6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[электромонтажные работы]</w:t>
            </w:r>
          </w:p>
        </w:tc>
        <w:tc>
          <w:tcPr>
            <w:tcW w:type="dxa" w:w="86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точка</w:t>
            </w:r>
          </w:p>
        </w:tc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[объём]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1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36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[сантехнические работы]</w:t>
            </w:r>
          </w:p>
        </w:tc>
        <w:tc>
          <w:tcPr>
            <w:tcW w:type="dxa" w:w="86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точка</w:t>
            </w:r>
          </w:p>
        </w:tc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[объём]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1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6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Этап 2. Отделочные работы</w:t>
            </w:r>
          </w:p>
        </w:tc>
        <w:tc>
          <w:tcPr>
            <w:tcW w:type="dxa" w:w="86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8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36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[выравнивание и шпаклёвка стен]</w:t>
            </w:r>
          </w:p>
        </w:tc>
        <w:tc>
          <w:tcPr>
            <w:tcW w:type="dxa" w:w="86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кв. м</w:t>
            </w:r>
          </w:p>
        </w:tc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[объём]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1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36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[укладка плитки]</w:t>
            </w:r>
          </w:p>
        </w:tc>
        <w:tc>
          <w:tcPr>
            <w:tcW w:type="dxa" w:w="86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кв. м</w:t>
            </w:r>
          </w:p>
        </w:tc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[объём]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1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6</w:t>
            </w:r>
          </w:p>
        </w:tc>
        <w:tc>
          <w:tcPr>
            <w:tcW w:type="dxa" w:w="36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[покраска или поклейка обоев]</w:t>
            </w:r>
          </w:p>
        </w:tc>
        <w:tc>
          <w:tcPr>
            <w:tcW w:type="dxa" w:w="86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кв. м</w:t>
            </w:r>
          </w:p>
        </w:tc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[объём]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1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65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86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75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8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1075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Подрядчик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2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подряда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приёмки работ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по Договору подряда на ремонт квартиры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Подрядчик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составили настоящий акт о том, что Подрядчик выполнил, а Заказчик принял следующие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[этап или перечень работ по Смете]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Квартире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принятых работ: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Недостатки: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[не выявлены или перечень недостатков и срок их устранения]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Остатки материалов Заказчика: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Подрядчик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квартиры с физическим лицом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