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строительного подряда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строительство индивидуального жилого дома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Гражданин(ка)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«Заказчик»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подрядчика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[устава, доверенности или листа записи ЕГРИП]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«Подрядчик»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Подрядчик обязуется в установленный Договором срок построить по заданию Заказчика индивидуальный жилой дом (далее — Дом) и сдать его Заказчику, а Заказчик обязуется создать Подрядчику необходимые условия для выполнения работ, принять Дом и оплатить обусловленную цену.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Дом строится на земельном участке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категория земель: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вид разрешённого использования: для индивидуального жилищного строительства, расположенном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или местоположение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Участок). Участок принадлежит Заказчику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Основные характеристики Дома: общая площадь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количество надземных этажей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материал стен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[материал]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фундамент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[тип фундамента]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кровля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[материал кровли]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Подробные характеристики, состав и объём работ определяются: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Проектом Дома (Приложение № 1);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Сметой (Приложение № 2);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Графиком выполнения работ и оплаты (Приложение № 3).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объём работ входят: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[подготовка площадки, фундамент, стены, перекрытия, кровля, окна и входная дверь, наружная отделка, внутренние инженерные системы по Смете]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Работы, не указанные в Смете, выполняются по дополнительному соглашению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Параметры Дома соответствуют параметрам объекта индивидуального жилищного строительства и предельным параметрам, установленным градостроительным регламентом для Участка.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Сроки выполнения работ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Начало работ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но не ранее чем через 5 рабочих дней после выполнения Заказчиком обязанностей, указанных в пунктах 5.1 и 5.2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Окончание работ и передача Дома Заказчику —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Промежуточные сроки (этапы) установлены Графиком выполнения работ и оплаты.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Сроки выполнения работ могут быть изменены только дополнительным соглашением Сторон.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Цена договора и порядок оплаты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Договора определяется Сметой и является твёрдой: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[сведения об НДС: ставка и сумма или основание освобождения]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Цена включает стоимость материалов, оборудования, работ, доставки, вывоза мусора и иных расходов Подрядчика.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оплачивает цену поэтапно в соответствии с Графиком выполнения работ и оплаты: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аванс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— в течение 5 рабочих дней с даты подписания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оплата каждого этапа — в течение 5 рабочих дней с даты подписания Сторонами акта приёмки этапа, за вычетом пропорциональной части аванса.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Оплата производится безналичным переводом на расчётный счёт Подрядчика. Подрядчик выдаёт Заказчику кассовый чек на каждый платёж.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в ходе строительства возникнет необходимость в дополнительных работах, существенно увеличивающих цену, Подрядчик обязан своевременно предупредить об этом Заказчика. Дополнительные работы выполняются и оплачиваются только после подписания дополнительного соглашения.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Обязанности подрядчика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Подрядчик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выполнить работы в соответствии с Проектом, Сметой, строительными нормами и правилами, требованиями технических регламентов и в сроки по Графику;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строительство материалами и оборудованием надлежащего качества, имеющими документы о соответствии, и по требованию Заказчика предоставлять эти документы;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 начала работ вынести оси Дома на Участок с учётом минимальных отступов от границ Участка, установленных правилами землепользования и застройки;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вести журнал работ, фотофиксацию этапов и скрытых работ;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немедленно предупредить Заказчика и до получения его указаний приостановить работы при обнаружении обстоятельств, которые грозят годности или прочности результата работ (в том числе неблагоприятных грунтов);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на строительной площадке соблюдение требований охраны труда, пожарной безопасности и охраны окружающей среды;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окончании работ вывезти строительный мусор, временные сооружения и технику;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Заказчику исполнительную документацию, необходимую для подготовки технического плана и регистрации права собственности на Дом.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Подрядчик вправе привлекать субподрядчиков, оставаясь ответственным перед Заказчиком за результат их работы.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Риск случайной гибели или повреждения Дома до его приёмки Заказчиком несёт Подрядчик.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Обязанности заказчика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обязуется до начала работ направить в уполномоченный орган уведомление о планируемом строительстве объекта индивидуального жилищного строительства и получить уведомление о соответствии параметров Дома установленным требованиям. Подрядчик по просьбе Заказчика подготавливает описание внешнего облика Дома и схематичное изображение его размещения на Участке.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обязуется передать Подрядчику Участок, свободный от препятствий для строительства, по акту и обеспечить подъезд к нему.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обязуется принимать этапы и скрытые работы, оплачивать работы в порядке и сроки, предусмотренные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осуществлять контроль и надзор за ходом и качеством работ, соблюдением сроков, качеством материалов, в том числе с привлечением специалиста технического надзора, не вмешиваясь в оперативно-хозяйственную деятельность Подрядчика.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Приёмка работ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Скрытые работы (армирование и бетонирование фундамента, гидроизоляция, утепление, армопояс, инженерные сети до закрытия) принимаются Заказчиком до их закрытия последующими работами. Подрядчик извещает Заказчика о готовности скрытых работ не менее чем за 2 рабочих дня. Результат оформляется актом освидетельствования скрытых работ с фотографиями.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окончании каждого этапа Подрядчик направляет Заказчику акт приёмки этапа. Заказчик в течение 5 рабочих дней осматривает работы и подписывает акт либо передаёт Подрядчику мотивированный отказ с перечнем недостатков.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Готовый Дом передаётся Заказчику по итоговому акту приёмки. Недостатки, выявленные при приёмке, указываются в акте, и Подрядчик устраняет их за свой счёт в согласованный Сторонами срок, не превышающий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Одновременно с итоговым актом Подрядчик передаёт Заказчику исполнительную документацию: Проект с изменениями, акты освидетельствования скрытых работ, документы о качестве материалов и оборудования, паспорта инженерного оборудования.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Гарантии качества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Подрядчик гарантирует соответствие Дома Проекту, Смете и обязательным требованиям, а также возможность его эксплуатации по назначению в течение гарантийного срока.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Гарантийный срок составляет 5 (пять) лет на несущие и ограждающие конструкции (фундамент, стены, перекрытия, кровля)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 на инженерные системы, окна, двери и отделочные работы, с даты подписания итогового акта приёмки.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Недостатки, обнаруженные в течение гарантийного срока, Подрядчик устраняет за свой счёт в срок, согласованный с Заказчиком, но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 даты получения требования, если не докажет, что они возникли вследствие нормального износа, неправильной эксплуатации или действий третьих лиц.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конечного и промежуточных сроков выполнения работ, а также срока устранения недостатков Подрядчик уплачивает Заказчику неустойку в размере, установленном Законом Российской Федерации «О защите прав потребителей».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срока оплаты Заказчик уплачивает Подрядчику неустойку в размере 0,1 % от неоплаченной суммы за каждый день просрочки, но не более 10 % неоплаченной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Подрядчик возмещает ущерб, причинённый при выполнении работ Участку, имуществу Заказчика и третьих лиц.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Изменение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отказаться от Договора в любое время до сдачи Дома, оплатив Подрядчику фактически выполненные и принятые работы и понесённые расходы.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Подрядчик не приступил к работам в течение 10 рабочих дней после срока, указанного в пункте 2.1 Договора, или выполняет их настолько медленно, что окончание к сроку явно невозможно, Заказчик вправе отказаться от Договора и потребовать возмещения убытков.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прекращении Договора Стороны составляют акт сверки выполненных работ и расчётов. Подрядчик возвращает неотработанный аванс в течение 10 календарных дней с даты прекращения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переговоров. При недостижении согласия спор передаётся в суд в соответствии с законодательством о защите прав потребителей.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Уведомления, акты и претензии направляются по адресам Сторон, указанным в разделе 11, заказным письмом или по электронной почте.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по одному для каждой из Сторон, и вступает в силу с даты подписания.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Приложения: № 1 — Проект Дома; № 2 — Смета; № 3 — График выполнения работ и оплаты.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11.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Подрядчик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имя, отчество]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pageBreakBefore/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3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строительного подряда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График выполнения работ и оплаты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696"/>
        <w:gridCol w:w="3980"/>
        <w:gridCol w:w="1393"/>
        <w:gridCol w:w="2089"/>
        <w:gridCol w:w="1194"/>
      </w:tblGrid>
      <w:tr>
        <w:trPr>
          <w:cantSplit/>
        </w:trPr>
        <w:tc>
          <w:tcPr>
            <w:tcW w:type="dxa" w:w="6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Этап работ</w:t>
            </w:r>
          </w:p>
        </w:tc>
        <w:tc>
          <w:tcPr>
            <w:tcW w:type="dxa" w:w="13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Срок окончания</w:t>
            </w:r>
          </w:p>
        </w:tc>
        <w:tc>
          <w:tcPr>
            <w:tcW w:type="dxa" w:w="20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Стоимость этапа, руб.</w:t>
            </w:r>
          </w:p>
        </w:tc>
        <w:tc>
          <w:tcPr>
            <w:tcW w:type="dxa" w:w="119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Оплата, руб.</w:t>
            </w:r>
          </w:p>
        </w:tc>
      </w:tr>
      <w:tr>
        <w:trPr>
          <w:cantSplit/>
        </w:trPr>
        <w:tc>
          <w:tcPr>
            <w:tcW w:type="dxa" w:w="6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Подготовка площадки, разметка осей, фундамент</w:t>
            </w:r>
          </w:p>
        </w:tc>
        <w:tc>
          <w:tcPr>
            <w:tcW w:type="dxa" w:w="13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0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19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Стены, перегородки, перекрытия</w:t>
            </w:r>
          </w:p>
        </w:tc>
        <w:tc>
          <w:tcPr>
            <w:tcW w:type="dxa" w:w="13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0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19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3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Кровля</w:t>
            </w:r>
          </w:p>
        </w:tc>
        <w:tc>
          <w:tcPr>
            <w:tcW w:type="dxa" w:w="13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0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19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3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Окна, входная дверь, наружная отделка</w:t>
            </w:r>
          </w:p>
        </w:tc>
        <w:tc>
          <w:tcPr>
            <w:tcW w:type="dxa" w:w="13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0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19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</w:t>
            </w:r>
          </w:p>
        </w:tc>
        <w:tc>
          <w:tcPr>
            <w:tcW w:type="dxa" w:w="3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Внутренние инженерные системы</w:t>
            </w:r>
          </w:p>
        </w:tc>
        <w:tc>
          <w:tcPr>
            <w:tcW w:type="dxa" w:w="13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0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19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97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98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139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09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19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Подрядчик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строительного подряда на строительство индивидуального жилого дома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