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 Центральный банк Российской Федерации (Банк России)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107016, г. Москва, ул. Неглинная, д. 12, к. В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Финансовая организация: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банка, например: АО «Название банка»]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банка]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регистрационный номер (номер лицензии) Банка России: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банка или офиса, где заключён договор]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действия кредитной организации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клиентом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Банк)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договора, например: договора банковского счёта (карты)]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заключения]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К договору выпущена банковская карта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[последние 4 цифры карты]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открыт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Банк совершил следующие действия, которые я считаю незаконными: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кратко и по фактам, что произошло: какая операция или списание, на какую сумму, когда; что сделал или не сделал Банк]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результате мне причинён ущерб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обратился(ась) в Банк с письменной претензией (заявлением) и потребовал(а)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именно: вернуть списанные средства, отменить комиссию, предоставить документы, разблокировать счёт и т. п.]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Претензия зарегистрирована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обращения]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(направлена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[способ: через мобильное приложение, в офисе, почтой]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ответа]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Банк отказал в удовлетворении моих требований, указав,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изложите довод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 ответом я не согласен(на),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[ваши доводы: например, операцию я не совершал(а) и не подтверждал(а), уведомление о ней не получал(а), комиссия не предусмотрена тарифами и договором]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Считаю, что действия Банка нарушают: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[норму, например: части 4, 11–15 статьи 9 Федерального закона от 27.06.2011 № 161-ФЗ «О национальной платёжной системе»]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статью 16 Закона РФ от 07.02.1992 № 2300-1 «О защите прав потребителей»;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условия заключённого со мной договора и тарифы Банка.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56 и 74 Федерального закона от 10.07.2002 № 86-ФЗ «О Центральном банке Российской Федерации (Банке России)»,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Рассмотреть настоящую жалобу и провести проверку соблюдения Банком требований законодательства при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проведении операции, списании комиссии, рассмотрении моей претензии]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выявлении нарушений применить к Банку предусмотренные законом меры, в том числе направить предписание об устранении нарушений и восстановлении моих прав.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Сообщить мне о результатах рассмотрения жалобы и принятых мерах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почтовому адресу, указанному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Банка на мою претензию прилагаю, поэтому прошу рассмотреть жалобу по существу без её повторной передачи в Банк.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(заявления-анкеты) с Банком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по счёту (карте) за период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либо скриншоты операций.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претензии в Банк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отметкой о регистрации (номером обращения).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ответа Банка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документы: талон-уведомление из полиции, переписка с Банком, скриншоты SMS и push-уведомлений]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Сначала обратитесь с претензией в сам банк: как правило, он отвечает в течение 15 рабочих дней, а по спорной операции с картой — до 30 дней. Банк России не взыскивает деньги в пользу клиента. Чтобы вернуть сумму до 500 000 рублей, обращайтесь к финансовому уполномоченному или в суд.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Банк России на действия банка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