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головного офиса или офиса обслуживания]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клиента: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договор: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4 цифры]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денежных средств, списанных без согласия клиента, и комиссии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Банк)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договор комплексного банковского обслуживания]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по которому мне открыт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выпущена банковская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4 цифры]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моего счёта без моего согласия списаны денежные средства: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842"/>
        <w:gridCol w:w="5669"/>
        <w:gridCol w:w="1842"/>
      </w:tblGrid>
      <w:tr>
        <w:trPr>
          <w:cantSplit/>
        </w:trPr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и время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Описание операции</w:t>
            </w:r>
          </w:p>
        </w:tc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[перевод / оплата, получатель по выписке]</w:t>
            </w:r>
          </w:p>
        </w:tc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[дата, время]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комиссия Банка за операцию</w:t>
            </w:r>
          </w:p>
        </w:tc>
        <w:tc>
          <w:tcPr>
            <w:tcW w:type="dxa" w:w="18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567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4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Эти операции я не совершал(а) и не давал(а) на них согласия: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обстоятельства, например: карта находилась при мне, коды подтверждения третьим лицам не сообщал(а), в приложение вошли посторонние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 списании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 какого источника: SMS, push-уведомление, выписка]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тот же день (не позднее дня, следующего за днём получения уведомления) я сообщил(а) Банку об операциях без моего согласия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[способ: по телефону горячей линии, через мобильное приложение, в офисе]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обращения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Карта заблокирована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полицию с заявлением о мошенничестве, заявление зарегистрировано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частями 11 и 15 статьи 9 Федерального закона от 27.06.2011 № 161-ФЗ «О национальной платёжной системе», если клиент — физическое лицо уведомил оператора об операции, совершённой без его согласия, оператор обязан возместить её сумму в течение 30 дней после получения заявления клиента. Освободить Банк от этой обязанности может только доказанное нарушение мною порядка использования электронного средства платежа. Такого нарушения я не допускал(а).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Комиссия за операцию, которую я не совершал(а), удержана без законного основания и также подлежит возврату. Условия, ущемляющие права потребителя, недопустимы, а причинённые ими убытки возмещаются в полном объёме (статья 16 Закона РФ от 07.02.1992 № 2300-1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30 дней со дня получения настоящей претензии возместить мне денежные средства, списанные без моего согласия,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удержанную комиссию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мне документы и информацию о спорных операциях: дату, время и способ подтверждения каждой операции, данные устройства и IP-адрес, с которых они совершены, сведения о направленных мне уведомлениях и кодах подтверждения, реквизиты получателя.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Перечислить денежные средства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Дать письменный ответ на претензию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почтовому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удовлетворены, я обращусь к финансовому уполномоченному, в Банк России и в суд. В суде я потребую взыскать также проценты за пользование чужими денежными средствами, компенсацию морального вреда и штраф в размере 50 % от присуждённой суммы (пункт 6 статьи 13 Закона «О защите прав потребителей»).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(карте)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спорных операций.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Скриншоты SMS и push-уведомлений о списании.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о принятии заявления в полиции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Сообщите банку о списании без вашего согласия сразу, не позднее дня, следующего за днём получения уведомления об операции. Если пропустить этот срок, банк вправе отказать в возврате. Претензию подайте так, чтобы у вас осталась отметка о получении или номер обращения.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банк о возврате незаконно списанных средств и комиссии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