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нахождения]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приёме работника на работу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заключённого с работником,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на работу: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292"/>
        <w:gridCol w:w="1375"/>
        <w:gridCol w:w="2568"/>
        <w:gridCol w:w="3118"/>
      </w:tblGrid>
      <w:tr>
        <w:trPr>
          <w:cantSplit/>
        </w:trPr>
        <w:tc>
          <w:tcPr>
            <w:tcW w:type="dxa" w:w="22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работника</w:t>
            </w:r>
          </w:p>
        </w:tc>
        <w:tc>
          <w:tcPr>
            <w:tcW w:type="dxa" w:w="1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Табельный номер</w:t>
            </w:r>
          </w:p>
        </w:tc>
        <w:tc>
          <w:tcPr>
            <w:tcW w:type="dxa" w:w="25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Подразделение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</w:tr>
      <w:tr>
        <w:trPr>
          <w:cantSplit/>
        </w:trPr>
        <w:tc>
          <w:tcPr>
            <w:tcW w:type="dxa" w:w="22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работника полностью]</w:t>
            </w:r>
          </w:p>
        </w:tc>
        <w:tc>
          <w:tcPr>
            <w:tcW w:type="dxa" w:w="137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[табельный №]</w:t>
            </w:r>
          </w:p>
        </w:tc>
        <w:tc>
          <w:tcPr>
            <w:tcW w:type="dxa" w:w="25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подразделения]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по штатному расписанию]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начала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Работа является для работника основной, трудовой договор заключён на неопределённый срок.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работнику режим полного рабочего времени: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[продолжительность]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в неделю в соответствии с правилами внутреннего трудового распорядка.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работнику должностной оклад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месяц, а также выплаты, предусмотренные трудовым договором и положением об оплате труда.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испытание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месяца в соответствии с условиями трудового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ответственного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сформировать сведения о трудовой деятельности работника и представить их в Социальный фонд России в установленный срок.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Приказ должен точно совпадать с трудовым договором: дата начала работы, должность, оклад, испытание (ч. 1 ст. 68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772"/>
        <w:gridCol w:w="1659"/>
        <w:gridCol w:w="3923"/>
      </w:tblGrid>
      <w:tr>
        <w:trPr>
          <w:cantSplit/>
        </w:trPr>
        <w:tc>
          <w:tcPr>
            <w:tcW w:type="dxa" w:w="37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16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9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7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16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9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работника на работу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