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Дополнительное соглашение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 xml:space="preserve">№ 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 xml:space="preserve"> к трудовому договору от 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 xml:space="preserve"> г. № 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 xml:space="preserve"> об изменении оклада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работодателя]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именуемое в дальнейшем «Работодатель», в лице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 руководителя]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действующего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[документ о полномочиях, например: устава]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 одной стороны,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работника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именуемый(ая) в дальнейшем «Работник», с другой стороны, вместе именуемые «Стороны», в соответствии со статьёй 72 Трудового кодекса Российской Федерации заключили настоящее дополнительное соглашение о нижеследующем.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Изменение условий трудового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Стороны договорились изменить размер должностного оклада Работника, занимающего должность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должности]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подразделения]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пункт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пункта]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трудового договора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изложить в следующей редакции: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Новая редакция пункта: «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пункта]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За выполнение трудовой функции Работнику устанавливается должностной оклад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 в месяц».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Компенсационные и стимулирующие выплаты, районный коэффициент и процентные надбавки (при их наличии) начисляются Работнику в порядке, предусмотренном трудовым договором и положением об оплате труда Работодателя.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Заключительные положения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Остальные условия трудового договора, не затронутые настоящим соглашением, остаются без изменений, и Стороны подтверждают по ним свои обязательства.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Настоящее соглашение является неотъемлемой частью трудового договора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вступает в силу с момента его подписания Сторонами.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Соглашение составлено в двух экземплярах, имеющих одинаковую юридическую силу, по одному для каждой из Сторон.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Подписи сторон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Работодатель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Работник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 работодателя]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ИНН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[ИНН]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ОГРН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[ОГРН]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 руководителя]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М. П. (при наличии)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полностью]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Паспорт: серия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[серия]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№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регистрации]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Экземпляр соглашения получил(а):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___________ «___» ________ 20___ г.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трудовому договору об изменении оклада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