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работодателя, например: Общество с ограниченной ответственностью «Альфа»]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работодателя]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-к о переводе работника на другую работу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статьями 72, 72.1 Трудового кодекса Российской Федерации, на основании заявления работника и дополнительного соглашения к трудовому договору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Перевести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перевода]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другую работу постоянно: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[прежняя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[прежнее 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[новая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[новое 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работнику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перевода]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должностной оклад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месяц. Иные условия оплаты труда и режим рабочего времени определяются дополнительным соглашением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локальными нормативными актами работодателя.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 нового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начала работы на новой должности ознакомить работника под подпись с должностной инструкцией по новой должности и организовать проведение инструктажа по охране труда на новом рабочем месте.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ответственного сотрудника кадровой службы]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внести сведения о переводе в личную карточку работника;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внести запись о переводе в трудовую книжку работника (если трудовая книжка ведётся на бумаге);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представить сведения о переводе в Социальный фонд России в составе формы ЕФС-1 в установленный срок.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производить начисление заработной платы работнику по новой должности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перевода]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дополнительное соглашение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Ознакомление работника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ознакомлен(а), экземпляр дополнительного соглашения получил(а):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341"/>
        <w:gridCol w:w="2539"/>
        <w:gridCol w:w="3474"/>
      </w:tblGrid>
      <w:tr>
        <w:trPr>
          <w:cantSplit/>
        </w:trPr>
        <w:tc>
          <w:tcPr>
            <w:tcW w:type="dxa" w:w="33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  <w:tc>
          <w:tcPr>
            <w:tcW w:type="dxa" w:w="25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34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334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 работника]</w:t>
            </w:r>
          </w:p>
        </w:tc>
        <w:tc>
          <w:tcPr>
            <w:tcW w:type="dxa" w:w="25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34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Ознакомлены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Должность, И. О. Фамилия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Подпись, дата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руководителя нового подразделения]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 «___» ________ 20___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кадровой службы]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 «___» ________ 20___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Главный бухгалтер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 «___» ________ 20___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Приказ издаётся только после того, как стороны подписали дополнительное соглашение о переводе: перевод без письменного согласия работника допускается лишь в исключительных случаях, предусмотренных частями 2 и 3 статьи 72.2 ТК РФ.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работника на другую должность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