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работодателя]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дательном падеже]</w:t>
      </w:r>
    </w:p>
    <w:p>
      <w:pPr>
        <w:spacing w:before="0" w:after="200" w:line="276" w:lineRule="auto"/>
        <w:jc w:val="both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изменении определённых сторонами условий трудового договора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[конкретные организационные или технологические изменения, например: изменением структуры отдела продаж и переходом на новую систему учёта заказов]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проводимыми 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определённые сторонами условия заключённого с Вами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могут быть сохранены.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статьи 74 Трудового кодекса Российской Федерации уведомляем Вас, что с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вступления изменений в силу, не ранее чем через два месяца со дня вручения 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изменяются следующие условия трудового договора: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923"/>
        <w:gridCol w:w="3168"/>
        <w:gridCol w:w="2263"/>
      </w:tblGrid>
      <w:tr>
        <w:trPr>
          <w:cantSplit/>
        </w:trPr>
        <w:tc>
          <w:tcPr>
            <w:tcW w:type="dxa" w:w="39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Условие трудового договора</w:t>
            </w:r>
          </w:p>
        </w:tc>
        <w:tc>
          <w:tcPr>
            <w:tcW w:type="dxa" w:w="3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Действующая редакция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Новая редакция</w:t>
            </w:r>
          </w:p>
        </w:tc>
      </w:tr>
      <w:tr>
        <w:trPr>
          <w:cantSplit/>
        </w:trPr>
        <w:tc>
          <w:tcPr>
            <w:tcW w:type="dxa" w:w="39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[п. 5.1: режим работы]</w:t>
            </w:r>
          </w:p>
        </w:tc>
        <w:tc>
          <w:tcPr>
            <w:tcW w:type="dxa" w:w="31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[действующее условие]</w:t>
            </w:r>
          </w:p>
        </w:tc>
        <w:tc>
          <w:tcPr>
            <w:tcW w:type="dxa" w:w="22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[новое условие]</w:t>
            </w:r>
          </w:p>
        </w:tc>
      </w:tr>
      <w:tr>
        <w:trPr>
          <w:cantSplit/>
        </w:trPr>
        <w:tc>
          <w:tcPr>
            <w:tcW w:type="dxa" w:w="39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[п. 6.1: оплата труда]</w:t>
            </w:r>
          </w:p>
        </w:tc>
        <w:tc>
          <w:tcPr>
            <w:tcW w:type="dxa" w:w="31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[действующее условие]</w:t>
            </w:r>
          </w:p>
        </w:tc>
        <w:tc>
          <w:tcPr>
            <w:tcW w:type="dxa" w:w="22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[новое условие]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Ваша трудовая функция (работа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не изменяется. Остальные условия трудового договора сохраняются.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изменений в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Вы работаете на прежних условиях.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Просим сообщить в письменной форме о согласии или несогласии продолжить работу в новых условиях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При согласии с Вами будет подписано дополнительное соглашение к трудовому договору.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Вы не согласны работать в новых условиях, работодатель в соответствии с частью третьей статьи 74 ТК РФ письменно предложит Вам другую имеющуюся у него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работу: вакантную должность или работу, соответствующую Вашей квалификации, а при её отсутствии вакантную нижестоящую или нижеоплачиваемую работу, которую Вы можете выполнять с учётом состояния здоровья.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отсутствии такой работы или Вашем отказе от предложенной работы трудовой договор будет прекращён по пункту 7 части первой статьи 77 ТК РФ (отказ работника от продолжения работы в связи с изменением определённых сторонами условий трудового договора) с выплатой выходного пособия в размере двухнедельного среднего заработка (часть третья статьи 178 ТК РФ).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работника о получении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получил(а), второй экземпляр на руках: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41"/>
        <w:gridCol w:w="2539"/>
        <w:gridCol w:w="3474"/>
      </w:tblGrid>
      <w:tr>
        <w:trPr>
          <w:cantSplit/>
        </w:trPr>
        <w:tc>
          <w:tcPr>
            <w:tcW w:type="dxa" w:w="33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25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47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получения</w:t>
            </w:r>
          </w:p>
        </w:tc>
      </w:tr>
      <w:tr>
        <w:trPr>
          <w:cantSplit/>
        </w:trPr>
        <w:tc>
          <w:tcPr>
            <w:tcW w:type="dxa" w:w="33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 работника]</w:t>
            </w:r>
          </w:p>
        </w:tc>
        <w:tc>
          <w:tcPr>
            <w:tcW w:type="dxa" w:w="25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347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работника о согласии или несогласии продолжить работу в новых условиях: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____________________________________________________________________________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Уведомление нужно вручить не позднее чем за два месяца до изменений. Если работник отказывается его подписать, зачитайте текст вслух и составьте акт об отказе от подписи в присутствии двух-трёх сотрудников.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изменении определённых сторонами условий трудового договора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