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Кому: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руководителя, например: Генеральному директору]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работодателя, например: ООО «Альфа»]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руководителя в дательном падеже]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 кого: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работника]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[структурное подразделение]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работника в родительном падеже]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временном переводе на дистанционную (удалённую) работу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Прошу временно перевести меня на дистанционную (удалённую) работу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начала]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окончания]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включительно в соответствии со статьями 72 и 312.1 Трудового кодекса Российской Федерации.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Причина: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[кратко, например: необходимость ухода за ребёнком в период его болезни]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Трудовую функцию по должности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должности]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буду выполнять в прежнем объёме вне места нахождения работодателя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[адрес, откуда будет выполняться работа]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Режим рабочего времени прошу сохранить прежним: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[например: с 9:00 до 18:00 по московскому времени, перерыв с 13:00 до 14:00, выходные суббота и воскресенье]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В рабочее время буду на связи по телефону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электронной почте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в корпоративном мессенджере. Результаты работы и отчёты буду направлять по запросу руководителя по электронной почте.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Для работы буду использовать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[принадлежащий мне ноутбук и домашний интернет]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Прошу предусмотреть в дополнительном соглашении порядок компенсации за использование личного оборудования и возмещения расходов на связь (статья 312.6 ТК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Прошу оформить перевод дополнительным соглашением к трудовому договору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предоставить мне его экземпляр. Обязуюсь соблюдать требования по защите конфиденциальной информации и правила охраны труда при дистанционной работе.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Не переходите на удалёнку до подписания дополнительного соглашения или приказа: без согласия работодателя отсутствие на рабочем месте может быть расценено как прогул.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Приложение: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[документ, подтверждающий причину, например: копия справки медицинской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 работника]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Отметки работодателя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Согласовано (непосредственный руководитель)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Решение руководителя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«___» ___________ 20___ г.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____________________________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«___» ___________ 20___ г.</w:t>
            </w:r>
          </w:p>
        </w:tc>
      </w:tr>
    </w:tbl>
    <w:p>
      <w:pPr>
        <w:spacing w:before="0" w:after="80" w:line="276" w:lineRule="auto"/>
        <w:jc w:val="both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9355"/>
      </w:tblGrid>
      <w:tr>
        <w:trPr>
          <w:cantSplit/>
        </w:trPr>
        <w:tc>
          <w:tcPr>
            <w:tcW w:type="dxa" w:w="935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Отметка о принятии заявления</w:t>
            </w:r>
          </w:p>
        </w:tc>
      </w:tr>
      <w:tr>
        <w:trPr>
          <w:cantSplit/>
        </w:trPr>
        <w:tc>
          <w:tcPr>
            <w:tcW w:type="dxa" w:w="935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Заявление принято «___» ___________ 20___ г., вх. № _______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 сотрудника кадровой службы]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spacing w:before="0" w:after="80" w:line="276" w:lineRule="auto"/>
        <w:jc w:val="both"/>
      </w:pP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временном переводе на дистанционную (удалённую) работу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