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 или ИП Иванов И. И.]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стандартного налогового вычета на детей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подпунктом 4 пункта 1 и пунктом 3 статьи 218 Налогового кодекса Российской Федерации прошу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ежемесячно предоставлять мне стандартный налоговый вычет по налогу на доходы физических лиц на детей, находящихся на моём обеспечении: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9"/>
        <w:gridCol w:w="1447"/>
        <w:gridCol w:w="1670"/>
        <w:gridCol w:w="2450"/>
        <w:gridCol w:w="3006"/>
      </w:tblGrid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ребёнка</w:t>
            </w:r>
          </w:p>
        </w:tc>
        <w:tc>
          <w:tcPr>
            <w:tcW w:type="dxa" w:w="16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24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Какой по счёту ребёнок</w:t>
            </w:r>
          </w:p>
        </w:tc>
        <w:tc>
          <w:tcPr>
            <w:tcW w:type="dxa" w:w="3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Свидетельство о рождении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</w:p>
        </w:tc>
        <w:tc>
          <w:tcPr>
            <w:tcW w:type="dxa" w:w="16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</w:p>
        </w:tc>
        <w:tc>
          <w:tcPr>
            <w:tcW w:type="dxa" w:w="24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[первый]</w:t>
            </w:r>
          </w:p>
        </w:tc>
        <w:tc>
          <w:tcPr>
            <w:tcW w:type="dxa" w:w="3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4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</w:p>
        </w:tc>
        <w:tc>
          <w:tcPr>
            <w:tcW w:type="dxa" w:w="16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</w:p>
        </w:tc>
        <w:tc>
          <w:tcPr>
            <w:tcW w:type="dxa" w:w="245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[второй]</w:t>
            </w:r>
          </w:p>
        </w:tc>
        <w:tc>
          <w:tcPr>
            <w:tcW w:type="dxa" w:w="30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Подтверждаю, что вычет на детей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году другими налоговыми агентами мне не предоставляется.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своевременно сообщать об изменении оснований для получения вычета с приложением подтверждающих документов.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1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1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Вычет действует до месяца, в котором ваш доход с начала года превысит 450 000 ₽. На ребёнка старше 18 лет, который учится очно, ежегодно приложите справку об обучении (вычет до 24 лет).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бухгалтерии]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стандартный налоговый вычет на детей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