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Согласие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выезд несовершеннолетнего ребёнка из Российской Федерации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являясь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[отцом или матерью]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несовершеннолетнего гражданина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(свидетельство о рождении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со статьёй 20 Федерального закона от 15.08.1996 № 114-ФЗ «О порядке выезда из Российской Федерации и въезда в Российскую Федерацию»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даю согласие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выезд моего ребёнка из Российской Федерации в сопровождении: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сопровождающего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гражданина Российской Федерации, удостоверяющий личность за пределами Российской Федерации,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приходящегося ребёнку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 или иное основание: бабушка, тётя, тренер спортивной секции]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поездке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Государство (государства) временного пребывания: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[название государства или перечень государств]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выезда: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поездки]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поездки]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включительно, в том числе для транзитного проезда через территории других государств по маршруту следования.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Цель поездки: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[туризм и отдых, лечение, участие в соревнованиях, обучение]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Полномочия сопровождающего лица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время поездки я уполномочиваю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 инициалы сопровождающего]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представлять интересы моего ребёнка перед пограничными, таможенными, миграционными и иными государственными органами Российской Федерации и иностранных государств, в консульских учреждениях, перевозчиками и организациями размещения;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принимать решения, связанные с размещением, питанием, проездом и безопасностью ребёнка;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обращаться за медицинской помощью для ребёнка, давать согласие на медицинское вмешательство в экстренных случаях и подписывать связанные с этим документы;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получать документы, связанные с поездкой ребёнка, и совершать иные действия, необходимые для выезда ребёнка из Российской Федерации и его возвращения в Российскую Федерацию.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Сопровождающее лицо обязано обеспечить возвращение ребёнка в Российскую Федерацию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возвращения]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Заверения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Подтверждаю, что я не лишён(а) и не ограничен(а) в родительских правах, а заявление о несогласии на выезд ребёнка из Российской Федерации мною не подавалось.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Содержание статей 20 и 21 Федерального закона «О порядке выезда из Российской Федерации и въезда в Российскую Федерацию» мне известно. Мне разъяснено, что при наличии заявления о несогласии на выезд ребёнка, поданного другим родителем, вопрос о выезде разрешается в судебном порядке.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Настоящее согласие действует в течение срока, указанного в пункте 2, и может быть отозвано мною до его окончания.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Согласие удостоверяется у любого нотариуса: возьмите паспорт, свидетельство о рождении ребёнка и данные загранпаспортов ребёнка и сопровождающего. Нотариус оформит текст на своём бланке и сделает удостоверительную надпись. С 20 января 2026 года ребёнку для выезда нужен паспорт: свидетельство о рождении документом для пересечения границы больше не является.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выезд ребёнка за границу с сопровождающим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