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порядке общения с ребёнком родителя, проживающего отдельно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проживающий(ая)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фактического проживания]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«Родитель, с которым проживает ребёнок»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проживающий(ая)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фактического проживания]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«Отдельно проживающий родитель»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именуемые «Родители», являясь родителями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 (свидетельство о рождении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), далее — «Ребёнок», руководствуясь статьями 55, 61, 65 и 66 Семейного кодекса Российской Федерации и исходя из интересов Ребёнка, заключили настоящее соглашение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соглашения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Родители определяют порядок осуществления родительских прав Отдельно проживающим родителем: время, место и продолжительность его общения с Ребёнком, порядок участия в воспитании и образовании Ребёнка.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Местом жительства Ребёнка является место жительства Родителя, с которым проживает ребёнок,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Родители признают равенство своих прав и обязанностей в отношении Ребёнка и обязуются не препятствовать общению Ребёнка с каждым из них и с другими родственниками.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Регулярное общение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Отдельно проживающий родитель общается с Ребёнком: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каждую среду с 17:00 до 20:00;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первые и третьи выходные каждого месяца с 10:00 субботы до 19:00 воскресенья, с проживанием Ребёнка у Отдельно проживающего родителя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ежедневно по телефону или видеосвязи с 19:00 до 20:00 продолжительностью не менее 15 минут.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Общение проходит без присутствия Родителя, с которым проживает ребёнок, в местах, безопасных для жизни и здоровья Ребёнка и соответствующих его возрасту: дома у Отдельно проживающего родителя, в кружках и секциях, в культурных, спортивных и развлекательных учреждениях, на прогулках.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 время общения Отдельно проживающий родитель соблюдает режим дня, питания и учёбы Ребёнка, обеспечивает посещение им занятий в школе и секциях.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Каникулы, праздники и дни рождения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Отдельно проживающий родитель проводит с Ребёнком половину осенних, зимних и весенних школьных каникул. Конкретные даты Родители согласовывают не позднее чем за 14 дней до начала каникул.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летние каникулы Отдельно проживающий родитель проводит с Ребёнком 21 календарный день, в том числе с выездом на отдых за пределы города проживания. Даты отдыха согласовываются до 1 мая текущего года.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Новогодние праздники: в нечётные годы Ребёнок проводит с Отдельно проживающим родителем период с 31 декабря по 3 января, в чётные годы — с 4 по 7 января.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День рождения Ребёнка: Отдельно проживающий родитель общается с Ребёнком в этот день с 12:00 до 16:00. В свой день рождения Отдельно проживающий родитель вправе забрать Ребёнка с 10:00 до 19:00, если этот день выпадает на выходной.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Время общения по разделу 3 имеет приоритет перед графиком раздела 2.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Передача Ребёнка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Отдельно проживающий родитель забирает Ребёнка по месту его жительства (из школы) и возвращает его по месту жительства в установленное время.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Родитель, с которым проживает ребёнок, обеспечивает готовность Ребёнка к встрече, передаёт необходимую одежду, лекарства и школьные принадлежности.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встреча невозможна по уважительной причине (болезнь Ребёнка или родителя, командировка), родитель предупреждает другого родителя не позднее чем за 24 часа, а при внезапной болезни — незамедлительно. Пропущенная встреча переносится на ближайшие выходные, свободные от общения по графику.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 время болезни Ребёнка Отдельно проживающий родитель вправе навещать его по месту жительства по согласованию времени с другим родителем.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Участие в воспитании и образовании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Вопросы выбора школы, дополнительного образования, лечения (за исключением экстренной помощи) и места отдыха Ребёнка Родители решают совместно.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Отдельно проживающий родитель вправе получать информацию о Ребёнке из образовательных, медицинских организаций и организаций социальной защиты, посещать родительские собрания, школьные и спортивные мероприятия.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Родители информируют друг друга о состоянии здоровья, успеваемости Ребёнка и о существенных событиях в его жизни.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Родители не допускают высказываний, унижающих другого родителя в присутствии Ребёнка, и не препятствуют общению Ребёнка с бабушками, дедушками и другими родственниками.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Выезд Ребёнка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Выезд Ребёнка с одним из Родителей за пределы субъекта Российской Федерации на срок более 3 дней согласовывается с другим Родителем письменно, в том числе через мессенджер, не позднее чем за 10 дней до поездки, с указанием маршрута и адреса пребывания.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Родители не возражают против выезда Ребёнка за пределы Российской Федерации с любым из них на отдых в периоды, указанные в разделе 3, при условии предварительного уведомления другого Родителя не позднее чем за 14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подписания и действует до достижения Ребёнком совершеннолетия.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в порядок общения вносятся по письменному соглашению Родителей. Разовые изменения графика допускаются по договорённости в переписке.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возникновении разногласий Родители принимают меры к их урегулированию путём переговоров, в том числе с участием органа опеки и попечительства или медиатора. Неурегулированные споры разрешаются судом в соответствии с пунктом 2 статьи 66 Семейного кодекса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Мнение Ребёнка, достигшего возраста 10 лет, учитывается при изменении порядка общения (статья 57 Семейного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двух экземплярах, имеющих одинаковую юридическую силу, по одному для каждого из Родителей.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Подписи Родителей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Родитель, с которым проживает ребёнок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Отдельно проживающий родитель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Простое письменное соглашение не исполняется приставами. Чтобы график можно было исполнять принудительно, утвердите соглашение в суде как мировое по иску об определении порядка общения.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родителей о порядке общения с ребёнком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