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поручения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«Доверитель»,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поверенного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«Поверенный»,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Поверенный обязуется совершить от имени и за счёт Доверителя следующие юридические действия: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[подробный перечень действий, например: представлять интересы Доверителя в Управлении Росреестра по [регион]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МФЦ при государственной регистрации права собственности Доверителя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подавать и получать документы, вносить плату, получать выписки из ЕГРН].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Права и обязанности по сделкам и иным действиям, совершённым Поверенным в рамках настоящего договора, возникают непосредственно у Доверителя.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исполнения поручения Доверитель выдаёт Поверенному доверенность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договора. Полномочия Поверенного не могут быть шире полномочий, указанных в доверенности.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исполнения поручения: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Права и обязанности Поверенного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Поверенный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исполнить поручение лично в соответствии с указаниями Доверителя, которые должны быть правомерными, осуществимыми и конкретными;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сообщать Доверителю по его требованию все сведения о ходе исполнения поручения;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 промедления передавать Доверителю всё полученное по сделкам и иным действиям, совершённым во исполнение поручения, в том числе документы и денежные средства;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исполнении поручения или при прекращении договора до его исполнения вернуть Доверителю доверенность, срок действия которой не истёк, и представить отчёт с приложением подтверждающих документов;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разглашать сведения о Доверителе и его делах, ставшие известными в связи с исполнением поручения.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Поверенный вправе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или не получил ответа на свой запрос в разумный срок. О допущенных отступлениях Поверенный уведомляет Доверителя, как только это станет возможным.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Передоверие исполнения поручения другому лицу не допускается.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Доверителя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Доверитель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Поверенному доверенность на совершение действий, указанных в пункте 1.1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документы и сведения, необходимые для исполнения поручения;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Поверенного денежными средствами, необходимыми для исполнения поручения (государственные пошлины, сборы, плата за выписки и копии), и возместить подтверждённые расходы, понесённые Поверенным;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 промедления принять от Поверенного всё исполненное по договору;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уплатить Поверенному вознаграждение в размере и порядке, установленных разделом 4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Доверитель вправе в любое время получать сведения о ходе исполнения поручения.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Вознаграждение и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Поверенного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уплачивается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после подписания Сторонами отчёта Поверенного наличными денежными средствами под расписку или переводом на счёт Поверенного по реквизитам, указанным в разделе 8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Расходы, необходимые для исполнения поручения, в вознаграждение не включаются. Доверитель возмещает их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даты получения от Поверенного документов, подтверждающих расходы (чеков, квитанций, платёжных документов).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Отчёт Поверенного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исполнения поручения Поверенный передаёт Доверителю письменный отчёт о совершённых действиях и полученных документах, а также оригиналы этих документов.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Доверитель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рассматривает отчёт и подписывает его либо направляет Поверенному мотивированные возражения. Подписанный отчёт подтверждает исполнение поручения.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 и порядок разрешения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Поверенный возмещает Доверителю убытки, причинённые утратой или повреждением документов и имущества, переданных ему для исполнения поручения.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в течение 15 календарных дней со дня получения письменной претензии передаются в суд по месту жительства ответчика.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Срок действия и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Доверитель вправе отменить поручение, а Поверенный отказаться от него в любое время, письменно уведомив другую Сторону. Договор прекращается также в случае смерти Доверителя или Поверенного, признания кого-либо из них недееспособным, ограниченно дееспособным или безвестно отсутствующим (статья 977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до полного исполнения поручения Доверитель возмещает Поверенному понесённые расходы и выплачивает вознаграждение соразмерно выполненной работе (статья 978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Стороны. Во всём, что не предусмотрено договором, Стороны руководствуются главой 49 Гражданского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Доверитель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Поверенный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Эл. почта: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эл. почты]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счёта, банк, БИК]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Договор поручения сам по себе не даёт полномочий перед третьими лицами: Доверитель должен выдать Поверенному доверенность. Для подачи заявлений о государственной регистрации прав (в Росреестр, через МФЦ), распоряжения зарегистрированными правами и сделок, требующих нотариальной формы, доверенность оформляется у нотариуса (статья 185.1 ГК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