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 по месту нахождения квартиры]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рождения, если известно]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паспортные данные,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 (подпункт 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определении порядка пользования квартирой, находящейся в долевой собственности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«Квартира»),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принадлежит на праве общей долевой собственности мне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доля, и Ответчику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доля,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техническому паспорту (поэтажному плану) Квартира имеет общую площадь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жилую площадь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[жилая 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и состоит из следующих помещений: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263"/>
        <w:gridCol w:w="3045"/>
        <w:gridCol w:w="3045"/>
      </w:tblGrid>
      <w:tr>
        <w:trPr>
          <w:cantSplit/>
        </w:trPr>
        <w:tc>
          <w:tcPr>
            <w:tcW w:type="dxa" w:w="3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Помещение</w:t>
            </w:r>
          </w:p>
        </w:tc>
        <w:tc>
          <w:tcPr>
            <w:tcW w:type="dxa" w:w="30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Номер на плане</w:t>
            </w:r>
          </w:p>
        </w:tc>
        <w:tc>
          <w:tcPr>
            <w:tcW w:type="dxa" w:w="30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Площадь, кв. м</w:t>
            </w:r>
          </w:p>
        </w:tc>
      </w:tr>
      <w:tr>
        <w:trPr>
          <w:cantSplit/>
        </w:trPr>
        <w:tc>
          <w:tcPr>
            <w:tcW w:type="dxa" w:w="3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Жилая комната</w:t>
            </w:r>
          </w:p>
        </w:tc>
        <w:tc>
          <w:tcPr>
            <w:tcW w:type="dxa" w:w="30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0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</w:p>
        </w:tc>
      </w:tr>
      <w:tr>
        <w:trPr>
          <w:cantSplit/>
        </w:trPr>
        <w:tc>
          <w:tcPr>
            <w:tcW w:type="dxa" w:w="3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Жилая комната</w:t>
            </w:r>
          </w:p>
        </w:tc>
        <w:tc>
          <w:tcPr>
            <w:tcW w:type="dxa" w:w="30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0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</w:p>
        </w:tc>
      </w:tr>
      <w:tr>
        <w:trPr>
          <w:cantSplit/>
        </w:trPr>
        <w:tc>
          <w:tcPr>
            <w:tcW w:type="dxa" w:w="3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Кухня</w:t>
            </w:r>
          </w:p>
        </w:tc>
        <w:tc>
          <w:tcPr>
            <w:tcW w:type="dxa" w:w="30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0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</w:p>
        </w:tc>
      </w:tr>
      <w:tr>
        <w:trPr>
          <w:cantSplit/>
        </w:trPr>
        <w:tc>
          <w:tcPr>
            <w:tcW w:type="dxa" w:w="3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Коридор</w:t>
            </w:r>
          </w:p>
        </w:tc>
        <w:tc>
          <w:tcPr>
            <w:tcW w:type="dxa" w:w="30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0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</w:p>
        </w:tc>
      </w:tr>
      <w:tr>
        <w:trPr>
          <w:cantSplit/>
        </w:trPr>
        <w:tc>
          <w:tcPr>
            <w:tcW w:type="dxa" w:w="32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Ванная и туалет</w:t>
            </w:r>
          </w:p>
        </w:tc>
        <w:tc>
          <w:tcPr>
            <w:tcW w:type="dxa" w:w="30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0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Жилые комнаты изолированные. На мою долю приходится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[расчёт: жилая площадь × доля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жилой площади, на долю Ответчика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[расчёт: жилая площадь × доля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Квартире постоянно проживаем я и Ответчик. Фактически сложился следующий порядок 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[кто какую комнату занимает и с какого времени]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Иного жилого помещения в собственности или пользовании у меня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Соглашение о порядке пользования Квартирой между нами не достигнуто.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Ответчику предложение определить порядок пользования: передать мне в пользование комнату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оставив в общем пользовании кухню, коридор, ванную и туалет. Ответчик ответа не дал.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 статьи 247 Гражданского кодекса Российской Федерации (далее — ГК РФ) владение и пользование имуществом, находящимся в долевой собственности, осуществляются по соглашению всех ее участников, а при недостижении согласия — в порядке, устанавливаемом судом. Участник долевой собственности имеет право на предоставление в его владение и пользование части общего имущества, соразмерной его доле (пункт 2 статьи 247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Собственник жилого помещения осуществляет права владения, пользования и распоряжения принадлежащим ему жилым помещением в соответствии с его назначением (статья 288 ГК РФ, часть 1 статьи 30 Жилищного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разъяснениям пункта 37 постановления Пленума Верховного Суда РФ и Пленума Высшего Арбитражного Суда РФ от 01.07.1996 № 6/8 при определении порядка пользования суд учитывает фактически сложившийся порядок пользования имуществом, нуждаемость каждого из сособственников в этом имуществе и реальную возможность совместного пользования.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Предлагаемый мной порядок пользования соответствует размеру долей, учитывает сложившийся порядок и нуждаемость сторон: комната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наиболее близка к площади, приходящейся на мою долю, и является изолированной.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предъявляется по месту нахождения Квартиры в соответствии с частью 1 статьи 30 Гражданского процессуального кодекса Российской Федерации (далее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247, 288 ГК РФ, статьей 30 ЖК РФ,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Определить порядок пользования квартирой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выделив в пользование мне,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жилую комнату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а в пользование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жилую комнату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Кухню, коридор, ванную, туалет и иные помещения вспомогательного использования оставить в общем пользовании сторон.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чинить мне препятствий в пользовании выделенной мне комнатой и местами общего пользования 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со дня вступления решения суда в законную силу передать мне ключи от входной двери Квартиры.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расходы по уплате государственной пошлины в размере 3 000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 (почтовая квитанция и опись вложения).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Квартиру.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технического паспорта или поэтажного плана и экспликации Квартиры.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предложения Ответчику об определении порядка пользования и доказательство его отправки.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домовой книги (единый жилищный документ) о зарегистрированных лицах.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Площадь выделяемой комнаты не обязана точно совпадать с долей. Если она больше вашей доли, суд может взыскать с вас компенсацию в пользу второго собственника, поэтому заранее посчитайте разницу в квадратных метрах.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порядка пользования квартирой в долевой собственности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