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или юридический 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[ИНН, ОГРН, СНИЛС или паспортные данные]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процентов за пользование чужими денежными средствами по статье 395 ГК РФ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и Ответчиком заключен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«Договор»), по которому Ответчик обязан был уплатить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 (пункт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Свое денежное обязательство Ответчик в срок не исполнил. Долг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был уплачен Ответчиком только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платежного документа, его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Таким образом, Ответчик просрочил оплату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—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последним днем срока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фактической 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Договором неустойка за просрочку оплаты не предусмотрена.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претензию с требованием уплатить проценты за пользование чужими денежными средствами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Претензия получена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(отчет об отслеживании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[трек-номер]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и оставлена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395 Гражданского кодекса Российской Федерации (далее — ГК РФ) 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периоды, если иной размер процентов не установлен законом или договором.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Проценты за пользование чужими средствами взимаются по день уплаты суммы этих средств кредитору (пункт 3 статьи 395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Расчет процентов по формуле: сумма долга × ключевая ставка × количество дней просрочки в периоде / количество дней в году.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476"/>
        <w:gridCol w:w="963"/>
        <w:gridCol w:w="2476"/>
        <w:gridCol w:w="1513"/>
        <w:gridCol w:w="1926"/>
      </w:tblGrid>
      <w:tr>
        <w:trPr>
          <w:cantSplit/>
        </w:trPr>
        <w:tc>
          <w:tcPr>
            <w:tcW w:type="dxa" w:w="24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 просрочки</w:t>
            </w:r>
          </w:p>
        </w:tc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Дней</w:t>
            </w:r>
          </w:p>
        </w:tc>
        <w:tc>
          <w:tcPr>
            <w:tcW w:type="dxa" w:w="24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Ключевая ставка, %</w:t>
            </w:r>
          </w:p>
        </w:tc>
        <w:tc>
          <w:tcPr>
            <w:tcW w:type="dxa" w:w="15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Дней в году</w:t>
            </w:r>
          </w:p>
        </w:tc>
        <w:tc>
          <w:tcPr>
            <w:tcW w:type="dxa" w:w="19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Проценты, руб.</w:t>
            </w:r>
          </w:p>
        </w:tc>
      </w:tr>
      <w:tr>
        <w:trPr>
          <w:cantSplit/>
        </w:trPr>
        <w:tc>
          <w:tcPr>
            <w:tcW w:type="dxa" w:w="24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</w:p>
        </w:tc>
        <w:tc>
          <w:tcPr>
            <w:tcW w:type="dxa" w:w="24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[ставка]</w:t>
            </w:r>
          </w:p>
        </w:tc>
        <w:tc>
          <w:tcPr>
            <w:tcW w:type="dxa" w:w="15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</w:p>
        </w:tc>
        <w:tc>
          <w:tcPr>
            <w:tcW w:type="dxa" w:w="19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24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</w:p>
        </w:tc>
        <w:tc>
          <w:tcPr>
            <w:tcW w:type="dxa" w:w="24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[ставка]</w:t>
            </w:r>
          </w:p>
        </w:tc>
        <w:tc>
          <w:tcPr>
            <w:tcW w:type="dxa" w:w="15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</w:p>
        </w:tc>
        <w:tc>
          <w:tcPr>
            <w:tcW w:type="dxa" w:w="19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247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9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[число]</w:t>
            </w:r>
          </w:p>
        </w:tc>
        <w:tc>
          <w:tcPr>
            <w:tcW w:type="dxa" w:w="247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51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92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сумма процентов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подается по адресу Ответчика в соответствии со статьей 28 Гражданского процессуального кодекса Российской Федерации (далее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309, 310, 395 ГК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проценты за пользование чужими денежными средствами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 (почтовая квитанция и опись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дату оплаты долга Ответчиком (выписка по счету, платежное поручение).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доказательство ее получения Ответчиком.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Расчет процентов по статье 395 ГК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ЕГРЮЛ (ЕГРИП) в отношении Ответчика.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Ключевые ставки по периодам берите на сайте Банка России. Проценты не начисляются за период моратория с 01.04.2022 по 01.10.2022, если на должника он распространялся.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процентов за пользование чужими денежными средствами (ст. 395 ГК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