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Доверенность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 xml:space="preserve">№ 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>[номер доверенности]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[Полное наименование организации, например: Общество с ограниченной ответственностью «Альфа»]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(ОГРН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[ОГРН]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КПП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[КПП]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юридического лица по ЕГРЮЛ]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), именуемое далее «Доверитель», в лице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 руководителя]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руководителя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действующего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[устава]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настоящей доверенностью уполномочивает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[ФИО представителя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 рождения, паспорт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г., код подразделения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зарегистрированного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 представителя]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«Представитель»),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представлять интересы Доверителя и совершать от его имени следующие действия.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1. Представительство в судах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Вести от имени Доверителя гражданские, административные и арбитражные дела, а также дела об административных правонарушениях во всех судах судебной системы Российской Федерации, в третейских судах, на всех стадиях процесса, со всеми правами, которые предоставлены законом истцу, ответчику, третьему лицу, заявителю, административному истцу и ответчику, взыскателю и должнику, лицу, в отношении которого ведётся производство по делу об административном правонарушении, потерпевшему.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том числе с правом: подписывать исковое заявление, отзыв на исковое заявление, заявление об обеспечении иска и предъявлять их в суд; передавать спор на рассмотрение третейского суда; предъявлять встречный иск; полностью или частично отказываться от исковых требований, уменьшать их размер, признавать иск; изменять предмет или основание иска; заключать мировое соглашение и соглашение по фактическим обстоятельствам; обжаловать судебные акты; подписывать заявление о пересмотре судебных актов по новым или вновь открывшимся обстоятельствам; предъявлять исполнительный документ к взысканию; получать присуждённые денежные средства или иное имущество.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Знакомиться с материалами дела, делать выписки и снимать копии, заявлять ходатайства и отводы, представлять доказательства, участвовать в судебных заседаниях, в том числе с использованием систем веб-конференции, подавать документы в электронном виде, получать судебные акты и исполнительные листы.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Представлять интересы Доверителя в Федеральной службе судебных приставов на всех стадиях исполнительного производства с правами взыскателя и должника, в том числе подавать и отзывать исполнительные документы, обжаловать действия и постановления судебного пристава-исполнителя.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2. Представительство в органах власти и организациях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Представлять интересы Доверителя в федеральных органах исполнительной власти, органах государственной власти субъектов Российской Федерации, органах местного самоуправления, в Социальном фонде России, органах прокуратуры и полиции, у нотариусов, в многофункциональных центрах, в банках и иных организациях независимо от организационно-правовой формы.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Представлять интересы Доверителя в налоговых органах в соответствии со статьёй 29 Налогового кодекса РФ: подавать и получать документы, в том числе налоговые декларации и иную отчётность на бумажном носителе, подписывать акты сверки, получать справки и выписки, представлять пояснения и возражения, участвовать в рассмотрении материалов налоговых проверок.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Представлять интересы Доверителя в страховых организациях: подавать заявления о наступлении страхового случая, документы и претензии, предоставлять имущество для осмотра, подписывать акты осмотра, получать направления на ремонт, документы и уведомления.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Получать в организациях федеральной почтовой связи и у иных операторов связи всю корреспонденцию, адресованную Доверителю, в том числе регистрируемые почтовые отправления, отправления с объявленной ценностью, посылки и почтовые переводы, а также отправлять почтовые отправления от имени Доверителя.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3. Отношения с контрагентами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Вести переговоры, подписывать и направлять от имени Доверителя претензии, ответы на претензии, письма, акты сверки взаимных расчётов.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Получать от поставщиков товарно-материальные ценности по договорам и счетам Доверителя и подписывать товарные накладные, универсальные передаточные документы и акты приёма-передачи.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Подписывать от имени Доверителя договоры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[вид договоров, например: поставки и оказания услуг]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дополнительные соглашения к ним и акты к ним на сумму не более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 рублей по каждому договору.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4. Общие условия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Для исполнения поручения Представитель вправе подписывать заявления и иные документы, оплачивать государственные пошлины и сборы за счёт Доверителя, совершать иные действия, связанные с выполнением настоящего поручения.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Доверенность выдана сроком до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окончания срока действия]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включительно.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Доверенность выдана без права передоверия полномочий другим лицам.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Удалите пункты с полномочиями, которые представителю не нужны. Для подписания электронных документов электронной подписью от имени организации потребуется машиночитаемая доверенность.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Образец подписи Представителя ___________________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представителя]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удостоверяю.</w:t>
      </w:r>
    </w:p>
    <w:p>
      <w:pPr>
        <w:keepNext/>
        <w:spacing w:before="120" w:after="12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[Должность руководителя]</w:t>
      </w:r>
    </w:p>
    <w:p>
      <w:pPr>
        <w:keepNext/>
        <w:spacing w:before="120" w:after="12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[Полное наименование организации]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М. П. (при наличии)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от юридического лица на представление интересов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