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исполнителя услуги из сертификата или договора]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исполнителя]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исполнителя из сертификата или оферты]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Копия: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автосалона]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автосалона]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Копия: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банка-кредитора]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банка]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отказе от договора на дополнительную услугу и возврате денежных средств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договору купли-продажи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приобрёл(а) в автосалоне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автосалона]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модель, год выпуска]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[VIN-номер]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Автомобиль оплачен в том числе за счёт кредита по договору потребительского кредита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кредитного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заключённому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Одновременно с покупкой автомобиля при оформлении кредита мне был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сертификата, карты или договора, например: сертификат «Помощь на дорогах»]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Договор), исполнителем по которому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Стоимость услуги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руб. перечислена за счёт кредитных средств, что подтверждается платёжным поручением банка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Услугами по Договору я не пользовался(ась), за их оказанием к исполнителю не обращался(ась).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статье 32 Закона РФ от 07.02.1992 № 2300-1 «О защите прав потребителей» и пункту 1 статьи 782 Гражданского кодекса РФ потребитель вправе отказаться от исполнения договора об оказании услуг в любое время при условии оплаты исполнителю фактически понесённых им расходов. Обязанность доказать такие расходы лежит на исполнителе.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частями 2.7 и 2.9 статьи 7 Федерального закона от 21.12.2013 № 353-ФЗ «О потребительском кредите (займе)» заёмщик вправе в течение 30 календарных дней отказаться от дополнительной услуги, оказываемой третьим лицом при предоставлении кредита, а исполнитель обязан возвратить уплаченные денежные средства в течение семи рабочих дней со дня получения такого отказа.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Кроме того, согласно пункту 3.1 статьи 16 Закона «О защите прав потребителей» навязывание дополнительных платных услуг запрещено, а обязанность доказать письменное согласие потребителя на их приобретение возлагается на исполнителя.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Отказываюсь от исполнения Договора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сертификата, карты или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г.) и прошу считать его расторгнутым с даты получения настоящего заявления.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в течение семи рабочих дней со дня получения настоящего заявления возвратить уплаченные по Договору денежные средства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руб. по следующим реквизитам: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получатель: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номер счёта: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банк: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 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БИК: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корр. счёт: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[корреспондентский счёт]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 прошу направить по указанному выше адресу и на электронную почту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случае невозврата денежных средств в установленный срок я буду вынужден(а) потребовать их возврата от кредитора в порядке части 2.10 статьи 7 Федерального закона № 353-ФЗ, обратиться с жалобой в Роспотребнадзор, а также в суд с иском о взыскании уплаченной суммы, процентов за пользование чужими денежными средствами (статья 395 ГК РФ), компенсации морального вреда (статья 15 Закона «О защите прав потребителей») и штрафа в размере 50% от присуждённой суммы (пункт 6 статьи 13 того же закона).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купли-продажи автомобиля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кредитного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заявления о предоставлении кредита.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сертификата, карты или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документа об оплате услуги: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Отправьте заявление исполнителю в течение 30 календарных дней с даты оформления кредита и услуги заказным письмом с описью вложения и продублируйте на электронную почту исполнителя.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дополнительных услуг при покупке автомобиля в кредит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