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 Арбитражный суд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подрядчика]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по ЕГРЮЛ]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заказчика]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по ЕГРЮЛ]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Цена иска: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(подпункт 1 пункта 1 статьи 333.21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взыскании задолженности и неустойки по договору подряда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между Истцом (Подрядчик) и Ответчиком (Заказчик) заключён договор подряда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Договор), по которому Истец обязался выполнить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[краткое описание работ и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а Ответчик — принять и оплатить результат работ.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Цена работ по Договору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(пункт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Договора). Согласно пункту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Договора Заказчик оплачивает работы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подписания акта о приёмке выполненных работ.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Истец выполнил работы в полном объёме и в срок. Результат работ принят Ответчиком без замечаний по акту о приёмке выполненных работ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подписанному обеими сторонами. Претензий по объёму, качеству и срокам выполнения работ Ответчик не заявлял.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Срок оплаты наступил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Ответчик оплатил работы частично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(платёжное поручение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). Задолженность Ответчика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статьёй 702 Гражданского кодекса Российской Федерации (далее — ГК РФ) по договору подряда заказчик обязуется принять результат работы и оплатить его. Согласно пункту 1 статьи 711 ГК РФ заказчик обязан уплатить подрядчику обусловленную цену после окончательной сдачи результатов работы при условии, что работа выполнена надлежащим образом и в согласованный срок. Обязательства должны исполняться надлежащим образом, односторонний отказ от их исполнения не допускается (статьи 309, 310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Договора предусмотрено, что за нарушение срока оплаты Заказчик уплачивает Подрядчику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неоплаченной суммы за каждый день просрочки. Неустойка подлежит взысканию на основании статьи 330 ГК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неустойки на дату подачи иска: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2120"/>
        <w:gridCol w:w="2245"/>
        <w:gridCol w:w="1496"/>
        <w:gridCol w:w="1621"/>
        <w:gridCol w:w="1871"/>
      </w:tblGrid>
      <w:tr>
        <w:trPr>
          <w:cantSplit/>
        </w:trPr>
        <w:tc>
          <w:tcPr>
            <w:tcW w:type="dxa" w:w="21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 долга, руб.</w:t>
            </w:r>
          </w:p>
        </w:tc>
        <w:tc>
          <w:tcPr>
            <w:tcW w:type="dxa" w:w="224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Период просрочки</w:t>
            </w:r>
          </w:p>
        </w:tc>
        <w:tc>
          <w:tcPr>
            <w:tcW w:type="dxa" w:w="14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Дней</w:t>
            </w:r>
          </w:p>
        </w:tc>
        <w:tc>
          <w:tcPr>
            <w:tcW w:type="dxa" w:w="16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Ставка в день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Неустойка, руб.</w:t>
            </w:r>
          </w:p>
        </w:tc>
      </w:tr>
      <w:tr>
        <w:trPr>
          <w:cantSplit/>
        </w:trPr>
        <w:tc>
          <w:tcPr>
            <w:tcW w:type="dxa" w:w="212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224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49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</w:p>
        </w:tc>
        <w:tc>
          <w:tcPr>
            <w:tcW w:type="dxa" w:w="162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[размер]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%</w:t>
            </w:r>
          </w:p>
        </w:tc>
        <w:tc>
          <w:tcPr>
            <w:tcW w:type="dxa" w:w="187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65 постановления Пленума Верховного Суда РФ от 24.03.2016 № 7 истец вправе требовать присуждения неустойки по день фактического исполнения обязательства.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Досудебный порядок урегулирования спора соблюдён: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Истец направил Ответчику претензию с требованием погасить задолженность и уплатить неустойку (почтовый идентификатор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[трек-номер]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). Претензия получена Ответчиком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Срок, установленный частью 5 статьи 4 Арбитражного процессуального кодекса Российской Федерации (далее — АПК РФ) и 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Договора, истёк, ответ на претензию не поступил, задолженность не погашена.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 подаётся по месту нахождения Ответчика (статья 35 АПК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309, 310, 330, 702, 711 ГК РФ, статьями 4, 110, 125, 126 АПК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задолженность по договору подряда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в пользу Истца неустойку за просрочку оплаты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а также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суммы долга за каждый день просрочки, начиная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день фактической оплаты долга.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в пользу Истца расходы по уплате государственной пошлины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Ответчику копии искового заявления и приложенных документов.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подряда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приложениями.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акта о приёмке выполненных работ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платёжного поручения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частичной оплате.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претензии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доказательства её направления и получения Ответчиком.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суммы иска.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Выписки из ЕГРЮЛ в отношении Истца и Ответчика, полученные не ранее чем за 30 дней до подачи иска.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документа, подтверждающего полномочия лица, подписавшего исковое заявление.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Иск можно подать только через 30 календарных дней после направления претензии, если договором не установлен другой срок. Пошлина в арбитражном суде: при цене иска до 100 000 руб. — 10 000 руб., от 100 001 руб. до 1 000 000 руб. — 10 000 руб. плюс 5 % суммы свыше 100 000 руб.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задолженности и неустойки по договору подряда в арбитражный суд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