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Протокол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очередного общего собрания участников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Полное наименование общества: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общества: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Форма проведения: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заседание (совместное присутствие участников).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Место проведения: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проведения]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Время открытия собрания: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Время закрытия собрания: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Подписание протокола участниками вместо нотариуса допустимо, только если такой способ закреплён в уставе или принят всеми участниками единогласно. Если в уставе этого нет, протокол удостоверяет нотариус, присутствующий на собрании. Решение о назначении директора всегда удостоверяется нотариально.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Присутствовали участники общества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351"/>
        <w:gridCol w:w="1522"/>
        <w:gridCol w:w="3480"/>
      </w:tblGrid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Участник</w:t>
            </w:r>
          </w:p>
        </w:tc>
        <w:tc>
          <w:tcPr>
            <w:tcW w:type="dxa" w:w="1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Размер доли, %</w:t>
            </w:r>
          </w:p>
        </w:tc>
        <w:tc>
          <w:tcPr>
            <w:tcW w:type="dxa" w:w="34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Номинальная стоимость доли, руб.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участника 1 полностью]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</w:tc>
        <w:tc>
          <w:tcPr>
            <w:tcW w:type="dxa" w:w="1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 доли]</w:t>
            </w:r>
          </w:p>
        </w:tc>
        <w:tc>
          <w:tcPr>
            <w:tcW w:type="dxa" w:w="34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участника 2 полностью]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</w:tc>
        <w:tc>
          <w:tcPr>
            <w:tcW w:type="dxa" w:w="15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 доли]</w:t>
            </w:r>
          </w:p>
        </w:tc>
        <w:tc>
          <w:tcPr>
            <w:tcW w:type="dxa" w:w="34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5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100</w:t>
            </w:r>
          </w:p>
        </w:tc>
        <w:tc>
          <w:tcPr>
            <w:tcW w:type="dxa" w:w="34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[размер уставного капитала]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Также присутствовал: 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(без права голоса).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собрании присутствуют участники, обладающие в совокупности 100 % голосов от общего числа голосов участников общества. Кворум имеется, собрание правомочно принимать решения по всем вопросам повестки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Собрание открыл 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(п. 4 ст. 37 Федерального закона от 08.02.1998 № 14-ФЗ «Об обществах с ограниченной ответственностью»).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Повестка дня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Избрание председательствующего и секретаря собрания.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Утверждение годового отчёта и годовой бухгалтерской (финансовой) отчётности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Распределение чистой прибыли общества по итогам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Избрание председательствующего и секретаря собрания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Слушали: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который(-ая) предложил(-а) избрать председательствующим на собрании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секретарём собрания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поручить секретарю ведение протокола и подсчёт голосов.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Голосовали: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«за»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голосов (100 %), «против» — нет, «воздержались» —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избрать председательствующим на собрании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секретарём собрания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Утверждение годового отчёта и годовой бухгалтерской (финансовой) отчётности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Слушали: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отчётом о деятельности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год. Бухгалтерский баланс, отчёт о финансовых результатах и приложения к ним направлены участникам вместе с уведомлением о проведении собрания. Чистая прибыль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Голосовали: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«за»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голосов (100 %), «против» — нет, «воздержались» —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утвердить годовой отчёт и годовую бухгалтерскую (финансовую)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Распределение чистой прибыли общества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Слушали: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председательствующего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который(-ая) предложил(-а) направить на выплату участникам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из чистой прибыли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пропорционально их долям в уставном капитале, оставшуюся часть прибыли оставить нераспределённой.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Голосовали: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«за»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голосов (100 %), «против» — нет, «воздержались» — нет.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Распределить между участниками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из чистой прибыли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пропорционально их долям в уставном капитале: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распределённую прибыль денежными средствами на банковские счета участников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(не позднее 60 дней со дня принятия решения, п. 3 ст. 28 Федерального закона «Об обществах с ограниченной ответственностью»).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чистой прибыли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оставить нераспределённой.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Подтверждение принятия решений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 вопросы повестки дня рассмотрены. Принятие общим собранием решений и состав участников, присутствовавших при их принятии, подтверждаются подписанием настоящего протокола всеми участниками общества, присутствовавшими на собрании, в соответствии с пунктом 3 статьи 67.1 Гражданского кодекса Российской Федерации и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устава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Протокол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экземплярах. Протокол подшивается в книгу протоколов общества.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Председательствующий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Секретарь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Участники общества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участника 1]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участника 2]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очередного (годового) общего собрания участников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